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C07E5" w14:textId="57D035B8" w:rsidR="00943891" w:rsidRDefault="00000000">
      <w:pPr>
        <w:spacing w:before="680" w:after="160"/>
        <w:jc w:val="center"/>
      </w:pPr>
      <w:r>
        <w:rPr>
          <w:rFonts w:ascii="Aptos Display" w:hAnsi="Aptos Display"/>
          <w:b/>
          <w:color w:val="17324D"/>
          <w:sz w:val="50"/>
        </w:rPr>
        <w:t>Cult</w:t>
      </w:r>
      <w:r w:rsidR="000F2150">
        <w:rPr>
          <w:rFonts w:ascii="Aptos Display" w:eastAsia="新細明體" w:hAnsi="Aptos Display" w:hint="eastAsia"/>
          <w:b/>
          <w:color w:val="17324D"/>
          <w:sz w:val="50"/>
          <w:lang w:eastAsia="zh-TW"/>
        </w:rPr>
        <w:t>ur</w:t>
      </w:r>
      <w:r>
        <w:rPr>
          <w:rFonts w:ascii="Aptos Display" w:hAnsi="Aptos Display"/>
          <w:b/>
          <w:color w:val="17324D"/>
          <w:sz w:val="50"/>
        </w:rPr>
        <w:t>ed Meat Research</w:t>
      </w:r>
      <w:r>
        <w:rPr>
          <w:rFonts w:ascii="Aptos Display" w:hAnsi="Aptos Display"/>
          <w:b/>
          <w:color w:val="17324D"/>
          <w:sz w:val="50"/>
        </w:rPr>
        <w:br/>
        <w:t>Pilot Program</w:t>
      </w:r>
    </w:p>
    <w:p w14:paraId="4D2794C3" w14:textId="77777777" w:rsidR="00943891" w:rsidRDefault="00000000">
      <w:pPr>
        <w:spacing w:after="440"/>
        <w:jc w:val="center"/>
      </w:pPr>
      <w:r>
        <w:rPr>
          <w:b/>
          <w:color w:val="0A7DA8"/>
          <w:sz w:val="26"/>
        </w:rPr>
        <w:t>ACADEMIC RESEARCH APPLICATION FORM</w:t>
      </w:r>
    </w:p>
    <w:tbl>
      <w:tblPr>
        <w:tblStyle w:val="aff2"/>
        <w:tblW w:w="0" w:type="auto"/>
        <w:tblInd w:w="180" w:type="dxa"/>
        <w:tblLook w:val="04A0" w:firstRow="1" w:lastRow="0" w:firstColumn="1" w:lastColumn="0" w:noHBand="0" w:noVBand="1"/>
      </w:tblPr>
      <w:tblGrid>
        <w:gridCol w:w="8820"/>
      </w:tblGrid>
      <w:tr w:rsidR="00943891" w14:paraId="1E07B27A" w14:textId="77777777" w:rsidTr="000F2150">
        <w:tc>
          <w:tcPr>
            <w:tcW w:w="9986" w:type="dxa"/>
            <w:shd w:val="clear" w:color="auto" w:fill="EAF4F8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282DC01" w14:textId="77777777" w:rsidR="00943891" w:rsidRDefault="00000000">
            <w:pPr>
              <w:spacing w:after="160"/>
            </w:pPr>
            <w:r>
              <w:rPr>
                <w:b/>
                <w:color w:val="17324D"/>
                <w:sz w:val="24"/>
              </w:rPr>
              <w:t>Program purpose</w:t>
            </w:r>
          </w:p>
          <w:p w14:paraId="713EB9B3" w14:textId="327333D0" w:rsidR="00943891" w:rsidRDefault="00000000" w:rsidP="000F2150">
            <w:pPr>
              <w:spacing w:after="160"/>
              <w:jc w:val="both"/>
            </w:pPr>
            <w:r>
              <w:t xml:space="preserve">This program supports academic research groups in conducting a focused proof-of-concept study using </w:t>
            </w:r>
            <w:proofErr w:type="gramStart"/>
            <w:r>
              <w:t>S.NEST</w:t>
            </w:r>
            <w:proofErr w:type="gramEnd"/>
            <w:r>
              <w:t xml:space="preserve"> 2.0. Selected participants receive </w:t>
            </w:r>
            <w:r w:rsidR="00DE340D">
              <w:t>access to the instrument</w:t>
            </w:r>
            <w:r>
              <w:t>, experimental</w:t>
            </w:r>
            <w:r w:rsidR="00792BEB">
              <w:rPr>
                <w:rFonts w:eastAsia="新細明體" w:hint="eastAsia"/>
                <w:lang w:eastAsia="zh-TW"/>
              </w:rPr>
              <w:t xml:space="preserve"> </w:t>
            </w:r>
            <w:r>
              <w:t xml:space="preserve">design consultation, training, and technical support to address a clearly defined scientific question in </w:t>
            </w:r>
            <w:r w:rsidR="000F2150">
              <w:t>cultured</w:t>
            </w:r>
            <w:r>
              <w:t xml:space="preserve"> meat, cellular agriculture, or animal-cell bioprocessing.</w:t>
            </w:r>
          </w:p>
          <w:p w14:paraId="0E66EFBC" w14:textId="41A5AD20" w:rsidR="00943891" w:rsidRDefault="00000000" w:rsidP="000F2150">
            <w:pPr>
              <w:spacing w:after="0"/>
              <w:jc w:val="both"/>
            </w:pPr>
            <w:r>
              <w:t xml:space="preserve">Please provide concise information at this stage. A detailed protocol and final project schedule will be developed jointly with Leadgene </w:t>
            </w:r>
            <w:r w:rsidR="000F2150">
              <w:rPr>
                <w:rFonts w:eastAsia="新細明體"/>
                <w:lang w:eastAsia="zh-TW"/>
              </w:rPr>
              <w:t>Biosolutions</w:t>
            </w:r>
            <w:r w:rsidR="000F2150">
              <w:rPr>
                <w:rFonts w:eastAsia="新細明體" w:hint="eastAsia"/>
                <w:lang w:eastAsia="zh-TW"/>
              </w:rPr>
              <w:t xml:space="preserve"> </w:t>
            </w:r>
            <w:r>
              <w:t>after technical review.</w:t>
            </w:r>
          </w:p>
        </w:tc>
      </w:tr>
    </w:tbl>
    <w:p w14:paraId="2856A81F" w14:textId="77777777" w:rsidR="00943891" w:rsidRDefault="00000000">
      <w:pPr>
        <w:spacing w:before="320"/>
      </w:pPr>
      <w:r>
        <w:rPr>
          <w:b/>
          <w:color w:val="17324D"/>
          <w:sz w:val="24"/>
        </w:rPr>
        <w:t>Program support and participant responsibilities</w:t>
      </w:r>
    </w:p>
    <w:p w14:paraId="1F7C70C6" w14:textId="0750FD49" w:rsidR="00943891" w:rsidRDefault="00000000" w:rsidP="0001062A">
      <w:pPr>
        <w:pStyle w:val="a0"/>
        <w:spacing w:after="40"/>
        <w:jc w:val="both"/>
      </w:pPr>
      <w:r>
        <w:t xml:space="preserve">Leadgene </w:t>
      </w:r>
      <w:r w:rsidR="0052552E">
        <w:rPr>
          <w:rFonts w:eastAsia="新細明體" w:hint="eastAsia"/>
          <w:lang w:eastAsia="zh-TW"/>
        </w:rPr>
        <w:t xml:space="preserve">Biosolutions </w:t>
      </w:r>
      <w:r>
        <w:t>provides the agreed instrument access, shipping, onboarding, training, and technical support without an instrument</w:t>
      </w:r>
      <w:r w:rsidR="00A7033E">
        <w:rPr>
          <w:rFonts w:eastAsia="新細明體" w:hint="eastAsia"/>
          <w:lang w:eastAsia="zh-TW"/>
        </w:rPr>
        <w:t xml:space="preserve"> </w:t>
      </w:r>
      <w:r>
        <w:t>access fee.</w:t>
      </w:r>
    </w:p>
    <w:p w14:paraId="03FF28A9" w14:textId="77777777" w:rsidR="00943891" w:rsidRDefault="00000000" w:rsidP="0001062A">
      <w:pPr>
        <w:pStyle w:val="a0"/>
        <w:spacing w:after="40"/>
        <w:jc w:val="both"/>
      </w:pPr>
      <w:r>
        <w:t>Participants are responsible for the consumables required for the agreed study. A minimum consumable commitment may apply depending on the platform and experimental scope.</w:t>
      </w:r>
    </w:p>
    <w:p w14:paraId="6EC78EDE" w14:textId="4F258998" w:rsidR="00943891" w:rsidRDefault="00000000" w:rsidP="0001062A">
      <w:pPr>
        <w:pStyle w:val="a0"/>
        <w:spacing w:after="40"/>
        <w:jc w:val="both"/>
      </w:pPr>
      <w:r>
        <w:t>The participating institution retains ownership of data generated from its samples. Any external use of results by Leadgene</w:t>
      </w:r>
      <w:r w:rsidR="0052552E">
        <w:rPr>
          <w:rFonts w:eastAsia="新細明體" w:hint="eastAsia"/>
          <w:lang w:eastAsia="zh-TW"/>
        </w:rPr>
        <w:t xml:space="preserve"> Biosolutions</w:t>
      </w:r>
      <w:r>
        <w:t xml:space="preserve"> requires prior written approval.</w:t>
      </w:r>
    </w:p>
    <w:p w14:paraId="78C0D2AE" w14:textId="4797EF29" w:rsidR="00943891" w:rsidRDefault="00000000" w:rsidP="0001062A">
      <w:pPr>
        <w:pStyle w:val="a0"/>
        <w:spacing w:after="40"/>
        <w:jc w:val="both"/>
      </w:pPr>
      <w:r>
        <w:t>Participation does not require a future instrument</w:t>
      </w:r>
      <w:r w:rsidR="0099175A">
        <w:rPr>
          <w:rFonts w:eastAsia="新細明體" w:hint="eastAsia"/>
          <w:lang w:eastAsia="zh-TW"/>
        </w:rPr>
        <w:t>-</w:t>
      </w:r>
      <w:r>
        <w:t>purchase commitment.</w:t>
      </w:r>
    </w:p>
    <w:p w14:paraId="185F5D1E" w14:textId="674D4B5E" w:rsidR="00943891" w:rsidRPr="000F2150" w:rsidRDefault="00000000">
      <w:pPr>
        <w:spacing w:before="280"/>
        <w:rPr>
          <w:rFonts w:eastAsia="新細明體"/>
          <w:lang w:eastAsia="zh-TW"/>
        </w:rPr>
      </w:pPr>
      <w:r>
        <w:rPr>
          <w:b/>
        </w:rPr>
        <w:t xml:space="preserve">Application deadline: </w:t>
      </w:r>
      <w:r w:rsidR="00D02E80">
        <w:rPr>
          <w:rFonts w:eastAsia="新細明體" w:hint="eastAsia"/>
          <w:lang w:eastAsia="zh-TW"/>
        </w:rPr>
        <w:t>September</w:t>
      </w:r>
      <w:r w:rsidR="000F2150">
        <w:rPr>
          <w:rFonts w:eastAsia="新細明體" w:hint="eastAsia"/>
          <w:lang w:eastAsia="zh-TW"/>
        </w:rPr>
        <w:t xml:space="preserve"> 1</w:t>
      </w:r>
      <w:r w:rsidR="00D02E80">
        <w:rPr>
          <w:rFonts w:eastAsia="新細明體" w:hint="eastAsia"/>
          <w:lang w:eastAsia="zh-TW"/>
        </w:rPr>
        <w:t>5</w:t>
      </w:r>
      <w:r w:rsidR="000F2150">
        <w:rPr>
          <w:rFonts w:eastAsia="新細明體" w:hint="eastAsia"/>
          <w:lang w:eastAsia="zh-TW"/>
        </w:rPr>
        <w:t>, 2026</w:t>
      </w:r>
    </w:p>
    <w:p w14:paraId="1D83FDC6" w14:textId="77777777" w:rsidR="00943891" w:rsidRDefault="00000000">
      <w:pPr>
        <w:spacing w:after="20"/>
      </w:pPr>
      <w:r>
        <w:rPr>
          <w:b/>
        </w:rPr>
        <w:t xml:space="preserve">Submit to: </w:t>
      </w:r>
      <w:proofErr w:type="gramStart"/>
      <w:r>
        <w:t>campaign@mkt.leadgene-bio.com  |</w:t>
      </w:r>
      <w:proofErr w:type="gramEnd"/>
      <w:r>
        <w:t xml:space="preserve">  ann.tsai@leadgene-bio.com</w:t>
      </w:r>
    </w:p>
    <w:p w14:paraId="6BAB5F68" w14:textId="236CD77E" w:rsidR="00943891" w:rsidRPr="000F2150" w:rsidRDefault="00000000">
      <w:pPr>
        <w:spacing w:after="0"/>
        <w:rPr>
          <w:rFonts w:eastAsia="新細明體"/>
          <w:lang w:eastAsia="zh-TW"/>
        </w:rPr>
      </w:pPr>
      <w:r>
        <w:rPr>
          <w:b/>
        </w:rPr>
        <w:t xml:space="preserve">Expected notification date: </w:t>
      </w:r>
      <w:r w:rsidR="000F2150">
        <w:rPr>
          <w:rFonts w:eastAsia="新細明體" w:hint="eastAsia"/>
          <w:lang w:eastAsia="zh-TW"/>
        </w:rPr>
        <w:t xml:space="preserve">September </w:t>
      </w:r>
      <w:r w:rsidR="00D02E80">
        <w:rPr>
          <w:rFonts w:eastAsia="新細明體" w:hint="eastAsia"/>
          <w:lang w:eastAsia="zh-TW"/>
        </w:rPr>
        <w:t>30</w:t>
      </w:r>
      <w:r w:rsidR="000F2150">
        <w:rPr>
          <w:rFonts w:eastAsia="新細明體" w:hint="eastAsia"/>
          <w:lang w:eastAsia="zh-TW"/>
        </w:rPr>
        <w:t>, 2026</w:t>
      </w:r>
    </w:p>
    <w:p w14:paraId="287807C0" w14:textId="77777777" w:rsidR="00943891" w:rsidRPr="00A7033E" w:rsidRDefault="00000000">
      <w:pPr>
        <w:rPr>
          <w:rFonts w:eastAsia="新細明體" w:hint="eastAsia"/>
          <w:lang w:eastAsia="zh-TW"/>
        </w:rPr>
      </w:pPr>
      <w:r>
        <w:br w:type="page"/>
      </w:r>
    </w:p>
    <w:p w14:paraId="1FCE2B0A" w14:textId="77777777" w:rsidR="00943891" w:rsidRDefault="00000000">
      <w:pPr>
        <w:pStyle w:val="SectionHeading"/>
      </w:pPr>
      <w:r>
        <w:lastRenderedPageBreak/>
        <w:t>1. Applicant and Institution Information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2804"/>
        <w:gridCol w:w="6056"/>
      </w:tblGrid>
      <w:tr w:rsidR="00943891" w14:paraId="48B8E9C4" w14:textId="77777777" w:rsidTr="00134386">
        <w:trPr>
          <w:cantSplit/>
          <w:jc w:val="center"/>
        </w:trPr>
        <w:tc>
          <w:tcPr>
            <w:tcW w:w="2804" w:type="dxa"/>
            <w:shd w:val="clear" w:color="auto" w:fill="EAF4F8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4355F3C0" w14:textId="77777777" w:rsidR="00943891" w:rsidRPr="00D2478C" w:rsidRDefault="00000000">
            <w:pPr>
              <w:spacing w:after="0"/>
            </w:pPr>
            <w:r w:rsidRPr="00D2478C">
              <w:rPr>
                <w:b/>
              </w:rPr>
              <w:t>Principal investigator</w:t>
            </w:r>
          </w:p>
        </w:tc>
        <w:tc>
          <w:tcPr>
            <w:tcW w:w="6056" w:type="dxa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5374F3C7" w14:textId="77777777" w:rsidR="00943891" w:rsidRPr="00F71BE6" w:rsidRDefault="00943891">
            <w:pPr>
              <w:spacing w:after="0"/>
              <w:rPr>
                <w:rFonts w:eastAsia="新細明體" w:hint="eastAsia"/>
                <w:lang w:eastAsia="zh-TW"/>
              </w:rPr>
            </w:pPr>
          </w:p>
        </w:tc>
      </w:tr>
      <w:tr w:rsidR="00943891" w14:paraId="207F61EC" w14:textId="77777777" w:rsidTr="00134386">
        <w:trPr>
          <w:cantSplit/>
          <w:jc w:val="center"/>
        </w:trPr>
        <w:tc>
          <w:tcPr>
            <w:tcW w:w="2804" w:type="dxa"/>
            <w:shd w:val="clear" w:color="auto" w:fill="EAF4F8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78ECE130" w14:textId="77777777" w:rsidR="00943891" w:rsidRPr="00D2478C" w:rsidRDefault="00000000">
            <w:pPr>
              <w:spacing w:after="0"/>
            </w:pPr>
            <w:r w:rsidRPr="00D2478C">
              <w:rPr>
                <w:b/>
              </w:rPr>
              <w:t>Academic title</w:t>
            </w:r>
          </w:p>
        </w:tc>
        <w:tc>
          <w:tcPr>
            <w:tcW w:w="6056" w:type="dxa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3287D83D" w14:textId="77777777" w:rsidR="00943891" w:rsidRPr="00F71BE6" w:rsidRDefault="00943891">
            <w:pPr>
              <w:spacing w:after="0"/>
              <w:rPr>
                <w:rFonts w:eastAsia="新細明體" w:hint="eastAsia"/>
                <w:lang w:eastAsia="zh-TW"/>
              </w:rPr>
            </w:pPr>
          </w:p>
        </w:tc>
      </w:tr>
      <w:tr w:rsidR="00943891" w14:paraId="5AF69342" w14:textId="77777777" w:rsidTr="00134386">
        <w:trPr>
          <w:cantSplit/>
          <w:jc w:val="center"/>
        </w:trPr>
        <w:tc>
          <w:tcPr>
            <w:tcW w:w="2804" w:type="dxa"/>
            <w:shd w:val="clear" w:color="auto" w:fill="EAF4F8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51DC5255" w14:textId="49F7089A" w:rsidR="00943891" w:rsidRPr="00D2478C" w:rsidRDefault="000F2150">
            <w:pPr>
              <w:spacing w:after="0"/>
            </w:pPr>
            <w:r w:rsidRPr="00D2478C">
              <w:rPr>
                <w:b/>
              </w:rPr>
              <w:t xml:space="preserve">Institution </w:t>
            </w:r>
          </w:p>
        </w:tc>
        <w:tc>
          <w:tcPr>
            <w:tcW w:w="6056" w:type="dxa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0C4F582E" w14:textId="77777777" w:rsidR="00943891" w:rsidRDefault="00943891">
            <w:pPr>
              <w:spacing w:after="0"/>
            </w:pPr>
          </w:p>
        </w:tc>
      </w:tr>
      <w:tr w:rsidR="00943891" w14:paraId="5C6C64DA" w14:textId="77777777" w:rsidTr="00134386">
        <w:trPr>
          <w:cantSplit/>
          <w:jc w:val="center"/>
        </w:trPr>
        <w:tc>
          <w:tcPr>
            <w:tcW w:w="2804" w:type="dxa"/>
            <w:shd w:val="clear" w:color="auto" w:fill="EAF4F8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407C2DCF" w14:textId="217D3A92" w:rsidR="00943891" w:rsidRPr="00D2478C" w:rsidRDefault="000F2150">
            <w:pPr>
              <w:spacing w:after="0"/>
            </w:pPr>
            <w:r w:rsidRPr="00D2478C">
              <w:rPr>
                <w:b/>
              </w:rPr>
              <w:t>Department/center</w:t>
            </w:r>
          </w:p>
        </w:tc>
        <w:tc>
          <w:tcPr>
            <w:tcW w:w="6056" w:type="dxa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76F62813" w14:textId="77777777" w:rsidR="00943891" w:rsidRDefault="00943891">
            <w:pPr>
              <w:spacing w:after="0"/>
            </w:pPr>
          </w:p>
        </w:tc>
      </w:tr>
      <w:tr w:rsidR="00943891" w14:paraId="30974D28" w14:textId="77777777" w:rsidTr="00134386">
        <w:trPr>
          <w:cantSplit/>
          <w:jc w:val="center"/>
        </w:trPr>
        <w:tc>
          <w:tcPr>
            <w:tcW w:w="2804" w:type="dxa"/>
            <w:shd w:val="clear" w:color="auto" w:fill="EAF4F8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4565D417" w14:textId="1FC3BF7F" w:rsidR="00943891" w:rsidRPr="00D2478C" w:rsidRDefault="00000000">
            <w:pPr>
              <w:spacing w:after="0"/>
              <w:rPr>
                <w:rFonts w:eastAsia="新細明體"/>
                <w:lang w:eastAsia="zh-TW"/>
              </w:rPr>
            </w:pPr>
            <w:r w:rsidRPr="00D2478C">
              <w:rPr>
                <w:b/>
              </w:rPr>
              <w:t>Country</w:t>
            </w:r>
          </w:p>
        </w:tc>
        <w:tc>
          <w:tcPr>
            <w:tcW w:w="6056" w:type="dxa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6E864879" w14:textId="77777777" w:rsidR="00943891" w:rsidRDefault="00943891">
            <w:pPr>
              <w:spacing w:after="0"/>
            </w:pPr>
          </w:p>
        </w:tc>
      </w:tr>
      <w:tr w:rsidR="00943891" w14:paraId="790FA866" w14:textId="77777777" w:rsidTr="00134386">
        <w:trPr>
          <w:cantSplit/>
          <w:jc w:val="center"/>
        </w:trPr>
        <w:tc>
          <w:tcPr>
            <w:tcW w:w="2804" w:type="dxa"/>
            <w:shd w:val="clear" w:color="auto" w:fill="EAF4F8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3777D378" w14:textId="77777777" w:rsidR="00943891" w:rsidRPr="00D2478C" w:rsidRDefault="00000000">
            <w:pPr>
              <w:spacing w:after="0"/>
            </w:pPr>
            <w:r w:rsidRPr="00D2478C">
              <w:rPr>
                <w:b/>
              </w:rPr>
              <w:t>PI email</w:t>
            </w:r>
          </w:p>
        </w:tc>
        <w:tc>
          <w:tcPr>
            <w:tcW w:w="6056" w:type="dxa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0AF87791" w14:textId="77777777" w:rsidR="00943891" w:rsidRDefault="00943891">
            <w:pPr>
              <w:spacing w:after="0"/>
            </w:pPr>
          </w:p>
        </w:tc>
      </w:tr>
      <w:tr w:rsidR="00943891" w14:paraId="0DCBDF56" w14:textId="77777777" w:rsidTr="00134386">
        <w:trPr>
          <w:cantSplit/>
          <w:jc w:val="center"/>
        </w:trPr>
        <w:tc>
          <w:tcPr>
            <w:tcW w:w="2804" w:type="dxa"/>
            <w:shd w:val="clear" w:color="auto" w:fill="EAF4F8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68BC5022" w14:textId="77777777" w:rsidR="00943891" w:rsidRPr="00D2478C" w:rsidRDefault="00000000">
            <w:pPr>
              <w:spacing w:after="0"/>
            </w:pPr>
            <w:r w:rsidRPr="00D2478C">
              <w:rPr>
                <w:b/>
              </w:rPr>
              <w:t>Laboratory website</w:t>
            </w:r>
          </w:p>
        </w:tc>
        <w:tc>
          <w:tcPr>
            <w:tcW w:w="6056" w:type="dxa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1B5B0497" w14:textId="77777777" w:rsidR="00943891" w:rsidRDefault="00943891">
            <w:pPr>
              <w:spacing w:after="0"/>
            </w:pPr>
          </w:p>
        </w:tc>
      </w:tr>
    </w:tbl>
    <w:p w14:paraId="6143AED9" w14:textId="77777777" w:rsidR="00943891" w:rsidRDefault="00943891">
      <w:pPr>
        <w:spacing w:after="20"/>
      </w:pPr>
    </w:p>
    <w:p w14:paraId="7C97950B" w14:textId="77777777" w:rsidR="00943891" w:rsidRDefault="00000000">
      <w:r>
        <w:rPr>
          <w:b/>
          <w:color w:val="17324D"/>
          <w:sz w:val="22"/>
        </w:rPr>
        <w:t>Primary project researcher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2804"/>
        <w:gridCol w:w="6056"/>
      </w:tblGrid>
      <w:tr w:rsidR="00943891" w14:paraId="5B8DF3D8" w14:textId="77777777" w:rsidTr="00134386">
        <w:trPr>
          <w:cantSplit/>
          <w:jc w:val="center"/>
        </w:trPr>
        <w:tc>
          <w:tcPr>
            <w:tcW w:w="2804" w:type="dxa"/>
            <w:shd w:val="clear" w:color="auto" w:fill="EAF4F8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5E3DBB82" w14:textId="77777777" w:rsidR="00943891" w:rsidRPr="00D2478C" w:rsidRDefault="00000000">
            <w:pPr>
              <w:spacing w:after="0"/>
            </w:pPr>
            <w:r w:rsidRPr="00D2478C">
              <w:rPr>
                <w:b/>
              </w:rPr>
              <w:t>Name</w:t>
            </w:r>
          </w:p>
        </w:tc>
        <w:tc>
          <w:tcPr>
            <w:tcW w:w="6056" w:type="dxa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014F5574" w14:textId="77777777" w:rsidR="00943891" w:rsidRDefault="00943891">
            <w:pPr>
              <w:spacing w:after="0"/>
            </w:pPr>
          </w:p>
        </w:tc>
      </w:tr>
      <w:tr w:rsidR="00943891" w14:paraId="3C88B179" w14:textId="77777777" w:rsidTr="00134386">
        <w:trPr>
          <w:cantSplit/>
          <w:jc w:val="center"/>
        </w:trPr>
        <w:tc>
          <w:tcPr>
            <w:tcW w:w="2804" w:type="dxa"/>
            <w:shd w:val="clear" w:color="auto" w:fill="EAF4F8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6FD081DB" w14:textId="77777777" w:rsidR="00943891" w:rsidRPr="00D2478C" w:rsidRDefault="00000000">
            <w:pPr>
              <w:spacing w:after="0"/>
            </w:pPr>
            <w:r w:rsidRPr="00D2478C">
              <w:rPr>
                <w:b/>
              </w:rPr>
              <w:t>Position</w:t>
            </w:r>
          </w:p>
        </w:tc>
        <w:tc>
          <w:tcPr>
            <w:tcW w:w="6056" w:type="dxa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19C9E8E1" w14:textId="77777777" w:rsidR="00EA1C3A" w:rsidRPr="00134386" w:rsidRDefault="00000000">
            <w:pPr>
              <w:spacing w:after="0"/>
              <w:rPr>
                <w:rFonts w:eastAsia="新細明體"/>
                <w:lang w:eastAsia="zh-TW"/>
              </w:rPr>
            </w:pPr>
            <w:r w:rsidRPr="00134386">
              <w:t xml:space="preserve">☐ Postdoctoral researcher   ☐ Research scientist   ☐ PhD student   </w:t>
            </w:r>
          </w:p>
          <w:p w14:paraId="2D129271" w14:textId="144442F8" w:rsidR="00943891" w:rsidRDefault="00000000">
            <w:pPr>
              <w:spacing w:after="0"/>
            </w:pPr>
            <w:r w:rsidRPr="00134386">
              <w:t>☐ Lab manager   ☐ Other: __________</w:t>
            </w:r>
          </w:p>
        </w:tc>
      </w:tr>
      <w:tr w:rsidR="00943891" w14:paraId="2C93BF9F" w14:textId="77777777" w:rsidTr="00134386">
        <w:trPr>
          <w:cantSplit/>
          <w:jc w:val="center"/>
        </w:trPr>
        <w:tc>
          <w:tcPr>
            <w:tcW w:w="2804" w:type="dxa"/>
            <w:shd w:val="clear" w:color="auto" w:fill="EAF4F8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630D402D" w14:textId="77777777" w:rsidR="00943891" w:rsidRPr="00D2478C" w:rsidRDefault="00000000">
            <w:pPr>
              <w:spacing w:after="0"/>
            </w:pPr>
            <w:r w:rsidRPr="00D2478C">
              <w:rPr>
                <w:b/>
              </w:rPr>
              <w:t>Email</w:t>
            </w:r>
          </w:p>
        </w:tc>
        <w:tc>
          <w:tcPr>
            <w:tcW w:w="6056" w:type="dxa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0E63FAA8" w14:textId="77777777" w:rsidR="00943891" w:rsidRDefault="00943891">
            <w:pPr>
              <w:spacing w:after="0"/>
            </w:pPr>
          </w:p>
        </w:tc>
      </w:tr>
    </w:tbl>
    <w:p w14:paraId="7D11F14B" w14:textId="77777777" w:rsidR="005C3D2F" w:rsidRPr="005C3D2F" w:rsidRDefault="005C3D2F" w:rsidP="005C3D2F">
      <w:pPr>
        <w:pStyle w:val="SectionHeading"/>
        <w:rPr>
          <w:rFonts w:eastAsia="新細明體" w:hint="eastAsia"/>
          <w:sz w:val="19"/>
          <w:szCs w:val="19"/>
          <w:lang w:eastAsia="zh-TW"/>
        </w:rPr>
      </w:pPr>
    </w:p>
    <w:p w14:paraId="5E7D9AF5" w14:textId="756CCBDF" w:rsidR="005C3D2F" w:rsidRPr="00A0073B" w:rsidRDefault="0099175A" w:rsidP="005C3D2F">
      <w:pPr>
        <w:pStyle w:val="SectionHeading"/>
        <w:rPr>
          <w:rFonts w:eastAsia="新細明體"/>
          <w:lang w:eastAsia="zh-TW"/>
        </w:rPr>
      </w:pPr>
      <w:r>
        <w:rPr>
          <w:rFonts w:eastAsia="新細明體" w:hint="eastAsia"/>
          <w:lang w:eastAsia="zh-TW"/>
        </w:rPr>
        <w:t>2</w:t>
      </w:r>
      <w:r w:rsidR="005C3D2F">
        <w:t>. Proposed Application</w:t>
      </w:r>
      <w:r w:rsidR="00A0073B">
        <w:rPr>
          <w:rFonts w:eastAsia="新細明體" w:hint="eastAsia"/>
          <w:lang w:eastAsia="zh-TW"/>
        </w:rPr>
        <w:t>s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4435"/>
        <w:gridCol w:w="4436"/>
      </w:tblGrid>
      <w:tr w:rsidR="005C3D2F" w14:paraId="469BB986" w14:textId="77777777" w:rsidTr="005C3D2F">
        <w:trPr>
          <w:jc w:val="center"/>
        </w:trPr>
        <w:tc>
          <w:tcPr>
            <w:tcW w:w="4435" w:type="dxa"/>
            <w:shd w:val="clear" w:color="auto" w:fill="EAF4F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9A4C138" w14:textId="77777777" w:rsidR="005C3D2F" w:rsidRDefault="005C3D2F" w:rsidP="0024692D">
            <w:pPr>
              <w:spacing w:after="20"/>
            </w:pPr>
            <w:r>
              <w:t>☐ Cell</w:t>
            </w:r>
            <w:r>
              <w:rPr>
                <w:rFonts w:eastAsia="新細明體" w:hint="eastAsia"/>
                <w:lang w:eastAsia="zh-TW"/>
              </w:rPr>
              <w:t xml:space="preserve"> </w:t>
            </w:r>
            <w:r>
              <w:t>line screening</w:t>
            </w:r>
          </w:p>
          <w:p w14:paraId="30954AED" w14:textId="77777777" w:rsidR="005C3D2F" w:rsidRDefault="005C3D2F" w:rsidP="0024692D">
            <w:pPr>
              <w:spacing w:after="20"/>
            </w:pPr>
            <w:r>
              <w:t>☐ Media/</w:t>
            </w:r>
            <w:r>
              <w:rPr>
                <w:rFonts w:eastAsia="新細明體" w:hint="eastAsia"/>
                <w:lang w:eastAsia="zh-TW"/>
              </w:rPr>
              <w:t>S</w:t>
            </w:r>
            <w:r>
              <w:t>upplement screening</w:t>
            </w:r>
          </w:p>
          <w:p w14:paraId="6A6827CF" w14:textId="77777777" w:rsidR="005C3D2F" w:rsidRDefault="005C3D2F" w:rsidP="0024692D">
            <w:pPr>
              <w:spacing w:after="20"/>
            </w:pPr>
            <w:r>
              <w:t>☐ Microcarrier or scaffold evaluation</w:t>
            </w:r>
          </w:p>
          <w:p w14:paraId="38CC1581" w14:textId="77777777" w:rsidR="005C3D2F" w:rsidRDefault="005C3D2F" w:rsidP="0024692D">
            <w:pPr>
              <w:spacing w:after="20"/>
            </w:pPr>
            <w:r>
              <w:t>☐ Dynamic-versus-static comparison</w:t>
            </w:r>
          </w:p>
          <w:p w14:paraId="0861BF86" w14:textId="1B639B5C" w:rsidR="005C3D2F" w:rsidRDefault="005C3D2F" w:rsidP="0024692D">
            <w:pPr>
              <w:spacing w:after="20"/>
            </w:pPr>
            <w:r>
              <w:t>☐ Mixing</w:t>
            </w:r>
            <w:r w:rsidR="00F71BE6">
              <w:rPr>
                <w:rFonts w:eastAsia="新細明體" w:hint="eastAsia"/>
                <w:lang w:eastAsia="zh-TW"/>
              </w:rPr>
              <w:t xml:space="preserve"> </w:t>
            </w:r>
            <w:r>
              <w:t>intensity optimization</w:t>
            </w:r>
          </w:p>
          <w:p w14:paraId="28FD1A00" w14:textId="77777777" w:rsidR="005C3D2F" w:rsidRDefault="005C3D2F" w:rsidP="0024692D">
            <w:pPr>
              <w:spacing w:after="20"/>
            </w:pPr>
            <w:r>
              <w:t>☐ Scale-down modelling</w:t>
            </w:r>
          </w:p>
          <w:p w14:paraId="43533E51" w14:textId="69D6203F" w:rsidR="005C3D2F" w:rsidRDefault="005C3D2F" w:rsidP="0024692D">
            <w:pPr>
              <w:spacing w:after="20"/>
            </w:pPr>
          </w:p>
        </w:tc>
        <w:tc>
          <w:tcPr>
            <w:tcW w:w="4436" w:type="dxa"/>
            <w:shd w:val="clear" w:color="auto" w:fill="EAF4F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E80FADB" w14:textId="77777777" w:rsidR="005C3D2F" w:rsidRDefault="005C3D2F" w:rsidP="0024692D">
            <w:pPr>
              <w:spacing w:after="20"/>
            </w:pPr>
            <w:r>
              <w:t>☐ Long-term DO</w:t>
            </w:r>
            <w:r>
              <w:rPr>
                <w:rFonts w:eastAsia="新細明體" w:hint="eastAsia"/>
                <w:lang w:eastAsia="zh-TW"/>
              </w:rPr>
              <w:t>/pH</w:t>
            </w:r>
            <w:r>
              <w:t xml:space="preserve"> monitoring</w:t>
            </w:r>
          </w:p>
          <w:p w14:paraId="75246F9C" w14:textId="644A857A" w:rsidR="005C3D2F" w:rsidRDefault="005C3D2F" w:rsidP="0024692D">
            <w:pPr>
              <w:spacing w:after="20"/>
            </w:pPr>
            <w:r>
              <w:t xml:space="preserve">☐ </w:t>
            </w:r>
            <w:r w:rsidR="00D2478C">
              <w:rPr>
                <w:rFonts w:eastAsia="新細明體" w:hint="eastAsia"/>
                <w:lang w:eastAsia="zh-TW"/>
              </w:rPr>
              <w:t xml:space="preserve">Real-time </w:t>
            </w:r>
            <w:r>
              <w:t>OCR</w:t>
            </w:r>
            <w:r>
              <w:rPr>
                <w:rFonts w:eastAsia="新細明體" w:hint="eastAsia"/>
                <w:lang w:eastAsia="zh-TW"/>
              </w:rPr>
              <w:t>/ECAR</w:t>
            </w:r>
            <w:r>
              <w:t xml:space="preserve"> profiling</w:t>
            </w:r>
          </w:p>
          <w:p w14:paraId="11DA9B87" w14:textId="77777777" w:rsidR="005C3D2F" w:rsidRDefault="005C3D2F" w:rsidP="0024692D">
            <w:pPr>
              <w:spacing w:after="20"/>
            </w:pPr>
            <w:r>
              <w:t>☐ Proliferation monitoring</w:t>
            </w:r>
          </w:p>
          <w:p w14:paraId="0A8D343B" w14:textId="77777777" w:rsidR="005C3D2F" w:rsidRDefault="005C3D2F" w:rsidP="0024692D">
            <w:pPr>
              <w:spacing w:after="20"/>
            </w:pPr>
            <w:r>
              <w:t>☐ Differentiation monitoring</w:t>
            </w:r>
          </w:p>
          <w:p w14:paraId="66197906" w14:textId="77777777" w:rsidR="005C3D2F" w:rsidRDefault="005C3D2F" w:rsidP="0024692D">
            <w:pPr>
              <w:spacing w:after="20"/>
            </w:pPr>
            <w:r>
              <w:t>☐ Hypoxia/</w:t>
            </w:r>
            <w:r>
              <w:rPr>
                <w:rFonts w:eastAsia="新細明體" w:hint="eastAsia"/>
                <w:lang w:eastAsia="zh-TW"/>
              </w:rPr>
              <w:t>M</w:t>
            </w:r>
            <w:r>
              <w:t>etabolic adaptation</w:t>
            </w:r>
          </w:p>
          <w:p w14:paraId="7A44C0DB" w14:textId="77777777" w:rsidR="005C3D2F" w:rsidRDefault="005C3D2F" w:rsidP="0024692D">
            <w:pPr>
              <w:spacing w:after="20"/>
            </w:pPr>
            <w:r>
              <w:t>☐ Treatment response</w:t>
            </w:r>
          </w:p>
          <w:p w14:paraId="3AA77E0E" w14:textId="77777777" w:rsidR="005C3D2F" w:rsidRDefault="005C3D2F" w:rsidP="0024692D">
            <w:pPr>
              <w:spacing w:after="20"/>
            </w:pPr>
            <w:r>
              <w:t>☐ Other: ____________________</w:t>
            </w:r>
          </w:p>
        </w:tc>
      </w:tr>
    </w:tbl>
    <w:p w14:paraId="4AFC98CB" w14:textId="4A273DE0" w:rsidR="00943891" w:rsidRDefault="00943891">
      <w:pPr>
        <w:rPr>
          <w:rFonts w:eastAsia="新細明體"/>
          <w:lang w:eastAsia="zh-TW"/>
        </w:rPr>
      </w:pPr>
    </w:p>
    <w:p w14:paraId="1941981C" w14:textId="77777777" w:rsidR="005C3D2F" w:rsidRDefault="005C3D2F">
      <w:pPr>
        <w:rPr>
          <w:rFonts w:eastAsia="新細明體"/>
          <w:lang w:eastAsia="zh-TW"/>
        </w:rPr>
      </w:pPr>
    </w:p>
    <w:p w14:paraId="53A00957" w14:textId="77777777" w:rsidR="0099175A" w:rsidRDefault="0099175A">
      <w:pPr>
        <w:rPr>
          <w:rFonts w:eastAsia="新細明體"/>
          <w:lang w:eastAsia="zh-TW"/>
        </w:rPr>
      </w:pPr>
    </w:p>
    <w:p w14:paraId="5291A2EE" w14:textId="77777777" w:rsidR="0099175A" w:rsidRDefault="0099175A">
      <w:pPr>
        <w:rPr>
          <w:rFonts w:eastAsia="新細明體"/>
          <w:lang w:eastAsia="zh-TW"/>
        </w:rPr>
      </w:pPr>
    </w:p>
    <w:p w14:paraId="65A188E3" w14:textId="77777777" w:rsidR="0099175A" w:rsidRDefault="0099175A">
      <w:pPr>
        <w:rPr>
          <w:rFonts w:eastAsia="新細明體"/>
          <w:lang w:eastAsia="zh-TW"/>
        </w:rPr>
      </w:pPr>
    </w:p>
    <w:p w14:paraId="7554AFBF" w14:textId="77777777" w:rsidR="0099175A" w:rsidRDefault="0099175A">
      <w:pPr>
        <w:rPr>
          <w:rFonts w:eastAsia="新細明體"/>
          <w:lang w:eastAsia="zh-TW"/>
        </w:rPr>
      </w:pPr>
    </w:p>
    <w:p w14:paraId="5B3F3724" w14:textId="77777777" w:rsidR="0099175A" w:rsidRDefault="0099175A">
      <w:pPr>
        <w:rPr>
          <w:rFonts w:eastAsia="新細明體"/>
          <w:lang w:eastAsia="zh-TW"/>
        </w:rPr>
      </w:pPr>
    </w:p>
    <w:p w14:paraId="02B9F616" w14:textId="77777777" w:rsidR="0099175A" w:rsidRDefault="0099175A">
      <w:pPr>
        <w:rPr>
          <w:rFonts w:eastAsia="新細明體"/>
          <w:lang w:eastAsia="zh-TW"/>
        </w:rPr>
      </w:pPr>
    </w:p>
    <w:p w14:paraId="473AC3D9" w14:textId="77777777" w:rsidR="0099175A" w:rsidRDefault="0099175A">
      <w:pPr>
        <w:rPr>
          <w:rFonts w:eastAsia="新細明體"/>
          <w:lang w:eastAsia="zh-TW"/>
        </w:rPr>
      </w:pPr>
    </w:p>
    <w:p w14:paraId="01EC61F4" w14:textId="77777777" w:rsidR="0099175A" w:rsidRDefault="0099175A">
      <w:pPr>
        <w:rPr>
          <w:rFonts w:eastAsia="新細明體"/>
          <w:lang w:eastAsia="zh-TW"/>
        </w:rPr>
      </w:pPr>
    </w:p>
    <w:p w14:paraId="32F35A2D" w14:textId="77777777" w:rsidR="0099175A" w:rsidRDefault="0099175A">
      <w:pPr>
        <w:rPr>
          <w:rFonts w:eastAsia="新細明體"/>
          <w:lang w:eastAsia="zh-TW"/>
        </w:rPr>
      </w:pPr>
    </w:p>
    <w:p w14:paraId="2740A7E6" w14:textId="77777777" w:rsidR="0099175A" w:rsidRDefault="0099175A">
      <w:pPr>
        <w:rPr>
          <w:rFonts w:eastAsia="新細明體" w:hint="eastAsia"/>
          <w:lang w:eastAsia="zh-TW"/>
        </w:rPr>
      </w:pPr>
    </w:p>
    <w:p w14:paraId="1BE55C25" w14:textId="77777777" w:rsidR="005C3D2F" w:rsidRDefault="005C3D2F">
      <w:pPr>
        <w:rPr>
          <w:rFonts w:eastAsia="新細明體"/>
          <w:lang w:eastAsia="zh-TW"/>
        </w:rPr>
      </w:pPr>
    </w:p>
    <w:p w14:paraId="05C3AE05" w14:textId="77777777" w:rsidR="005C3D2F" w:rsidRPr="005C3D2F" w:rsidRDefault="005C3D2F">
      <w:pPr>
        <w:rPr>
          <w:rFonts w:eastAsia="新細明體"/>
          <w:lang w:eastAsia="zh-TW"/>
        </w:rPr>
      </w:pPr>
    </w:p>
    <w:p w14:paraId="577E90FE" w14:textId="26B6E7FF" w:rsidR="00943891" w:rsidRDefault="0099175A">
      <w:pPr>
        <w:pStyle w:val="SectionHeading"/>
      </w:pPr>
      <w:r>
        <w:rPr>
          <w:rFonts w:eastAsia="新細明體" w:hint="eastAsia"/>
          <w:lang w:eastAsia="zh-TW"/>
        </w:rPr>
        <w:lastRenderedPageBreak/>
        <w:t>3</w:t>
      </w:r>
      <w:r w:rsidR="00A0073B">
        <w:t>. Research Background and Scientific Question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8860"/>
      </w:tblGrid>
      <w:tr w:rsidR="00943891" w14:paraId="3E9A040C" w14:textId="77777777">
        <w:trPr>
          <w:cantSplit/>
          <w:jc w:val="center"/>
        </w:trPr>
        <w:tc>
          <w:tcPr>
            <w:tcW w:w="10166" w:type="dxa"/>
            <w:shd w:val="clear" w:color="auto" w:fill="EAF4F8"/>
            <w:tcMar>
              <w:top w:w="85" w:type="dxa"/>
              <w:left w:w="110" w:type="dxa"/>
              <w:bottom w:w="70" w:type="dxa"/>
              <w:right w:w="110" w:type="dxa"/>
            </w:tcMar>
          </w:tcPr>
          <w:p w14:paraId="2D8D33AC" w14:textId="5455757B" w:rsidR="00943891" w:rsidRPr="00D2478C" w:rsidRDefault="0099175A">
            <w:pPr>
              <w:spacing w:after="20"/>
            </w:pPr>
            <w:r w:rsidRPr="00D2478C">
              <w:rPr>
                <w:rFonts w:eastAsia="新細明體" w:hint="eastAsia"/>
                <w:b/>
                <w:sz w:val="21"/>
                <w:lang w:eastAsia="zh-TW"/>
              </w:rPr>
              <w:t>3</w:t>
            </w:r>
            <w:r w:rsidR="00134386" w:rsidRPr="00D2478C">
              <w:rPr>
                <w:b/>
                <w:sz w:val="21"/>
              </w:rPr>
              <w:t>.1 Brief research background</w:t>
            </w:r>
          </w:p>
          <w:p w14:paraId="1D040755" w14:textId="77777777" w:rsidR="00943891" w:rsidRDefault="00000000">
            <w:pPr>
              <w:spacing w:after="0"/>
            </w:pPr>
            <w:r w:rsidRPr="00D2478C">
              <w:rPr>
                <w:i/>
                <w:sz w:val="17"/>
              </w:rPr>
              <w:t>Describe your current research model and the scientific or technical challenge you would like to address. Suggested maximum: 150 words.</w:t>
            </w:r>
          </w:p>
        </w:tc>
      </w:tr>
      <w:tr w:rsidR="00943891" w14:paraId="4A2393E6" w14:textId="77777777">
        <w:trPr>
          <w:cantSplit/>
          <w:jc w:val="center"/>
        </w:trPr>
        <w:tc>
          <w:tcPr>
            <w:tcW w:w="10166" w:type="dxa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359A14BB" w14:textId="4AED2540" w:rsidR="00943891" w:rsidRPr="00EA1C3A" w:rsidRDefault="00943891">
            <w:pPr>
              <w:spacing w:after="140"/>
              <w:rPr>
                <w:rFonts w:eastAsia="新細明體"/>
                <w:lang w:eastAsia="zh-TW"/>
              </w:rPr>
            </w:pPr>
          </w:p>
          <w:p w14:paraId="4018ED79" w14:textId="71F7CFD5" w:rsidR="00943891" w:rsidRPr="00EA1C3A" w:rsidRDefault="00943891">
            <w:pPr>
              <w:spacing w:after="140"/>
              <w:rPr>
                <w:rFonts w:eastAsia="新細明體"/>
                <w:lang w:eastAsia="zh-TW"/>
              </w:rPr>
            </w:pPr>
          </w:p>
          <w:p w14:paraId="4A3B6121" w14:textId="77777777" w:rsidR="000F2150" w:rsidRDefault="000F2150">
            <w:pPr>
              <w:spacing w:after="140"/>
              <w:rPr>
                <w:rFonts w:eastAsia="新細明體"/>
                <w:lang w:eastAsia="zh-TW"/>
              </w:rPr>
            </w:pPr>
          </w:p>
          <w:p w14:paraId="731A11A3" w14:textId="77777777" w:rsidR="00EA1C3A" w:rsidRPr="000F2150" w:rsidRDefault="00EA1C3A">
            <w:pPr>
              <w:spacing w:after="140"/>
              <w:rPr>
                <w:rFonts w:eastAsia="新細明體"/>
                <w:lang w:eastAsia="zh-TW"/>
              </w:rPr>
            </w:pPr>
          </w:p>
        </w:tc>
      </w:tr>
    </w:tbl>
    <w:p w14:paraId="51EDB7CB" w14:textId="77777777" w:rsidR="00943891" w:rsidRDefault="00943891">
      <w:pPr>
        <w:spacing w:after="20"/>
      </w:pP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8860"/>
      </w:tblGrid>
      <w:tr w:rsidR="00943891" w14:paraId="44BD3BF3" w14:textId="77777777" w:rsidTr="00EA1C3A">
        <w:trPr>
          <w:cantSplit/>
          <w:jc w:val="center"/>
        </w:trPr>
        <w:tc>
          <w:tcPr>
            <w:tcW w:w="8860" w:type="dxa"/>
            <w:shd w:val="clear" w:color="auto" w:fill="EAF4F8"/>
            <w:tcMar>
              <w:top w:w="85" w:type="dxa"/>
              <w:left w:w="110" w:type="dxa"/>
              <w:bottom w:w="70" w:type="dxa"/>
              <w:right w:w="110" w:type="dxa"/>
            </w:tcMar>
          </w:tcPr>
          <w:p w14:paraId="27B0CD66" w14:textId="3351AF3B" w:rsidR="00943891" w:rsidRPr="00D2478C" w:rsidRDefault="0099175A">
            <w:pPr>
              <w:spacing w:after="20"/>
            </w:pPr>
            <w:r w:rsidRPr="00D2478C">
              <w:rPr>
                <w:rFonts w:eastAsia="新細明體" w:hint="eastAsia"/>
                <w:b/>
                <w:sz w:val="21"/>
                <w:lang w:eastAsia="zh-TW"/>
              </w:rPr>
              <w:t>3</w:t>
            </w:r>
            <w:r w:rsidR="00134386" w:rsidRPr="00D2478C">
              <w:rPr>
                <w:b/>
                <w:sz w:val="21"/>
              </w:rPr>
              <w:t>.2 Primary research question or hypothesis</w:t>
            </w:r>
          </w:p>
          <w:p w14:paraId="44C4960D" w14:textId="77777777" w:rsidR="00943891" w:rsidRDefault="00000000">
            <w:pPr>
              <w:spacing w:after="0"/>
            </w:pPr>
            <w:r w:rsidRPr="00D2478C">
              <w:rPr>
                <w:i/>
                <w:sz w:val="17"/>
              </w:rPr>
              <w:t>State the main question that the proposed pilot study should answer. Suggested maximum: 100 words.</w:t>
            </w:r>
          </w:p>
        </w:tc>
      </w:tr>
      <w:tr w:rsidR="00943891" w14:paraId="41AF18E0" w14:textId="77777777" w:rsidTr="00EA1C3A">
        <w:trPr>
          <w:cantSplit/>
          <w:jc w:val="center"/>
        </w:trPr>
        <w:tc>
          <w:tcPr>
            <w:tcW w:w="8860" w:type="dxa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2AB1C134" w14:textId="729FD1BD" w:rsidR="00943891" w:rsidRPr="00EA1C3A" w:rsidRDefault="00943891">
            <w:pPr>
              <w:spacing w:after="140"/>
              <w:rPr>
                <w:rFonts w:eastAsia="新細明體"/>
                <w:lang w:eastAsia="zh-TW"/>
              </w:rPr>
            </w:pPr>
          </w:p>
          <w:p w14:paraId="0F73E28C" w14:textId="44119C23" w:rsidR="00EA1C3A" w:rsidRPr="00EA1C3A" w:rsidRDefault="00EA1C3A">
            <w:pPr>
              <w:spacing w:after="140"/>
              <w:rPr>
                <w:rFonts w:eastAsia="新細明體"/>
                <w:lang w:eastAsia="zh-TW"/>
              </w:rPr>
            </w:pPr>
          </w:p>
          <w:p w14:paraId="3D13A8F8" w14:textId="77777777" w:rsidR="000F2150" w:rsidRDefault="000F2150">
            <w:pPr>
              <w:spacing w:after="140"/>
              <w:rPr>
                <w:rFonts w:eastAsia="新細明體"/>
                <w:lang w:eastAsia="zh-TW"/>
              </w:rPr>
            </w:pPr>
          </w:p>
          <w:p w14:paraId="004DBF43" w14:textId="77777777" w:rsidR="000F2150" w:rsidRPr="000F2150" w:rsidRDefault="000F2150">
            <w:pPr>
              <w:spacing w:after="140"/>
              <w:rPr>
                <w:rFonts w:eastAsia="新細明體"/>
                <w:lang w:eastAsia="zh-TW"/>
              </w:rPr>
            </w:pPr>
          </w:p>
        </w:tc>
      </w:tr>
    </w:tbl>
    <w:p w14:paraId="755A114E" w14:textId="77777777" w:rsidR="00943891" w:rsidRPr="00A0073B" w:rsidRDefault="00943891">
      <w:pPr>
        <w:spacing w:after="20"/>
        <w:rPr>
          <w:rFonts w:eastAsia="新細明體"/>
          <w:lang w:eastAsia="zh-TW"/>
        </w:rPr>
      </w:pPr>
    </w:p>
    <w:p w14:paraId="1B56D3F3" w14:textId="55CA7522" w:rsidR="00943891" w:rsidRDefault="0099175A">
      <w:pPr>
        <w:pStyle w:val="SectionHeading"/>
      </w:pPr>
      <w:r>
        <w:rPr>
          <w:rFonts w:eastAsia="新細明體" w:hint="eastAsia"/>
          <w:lang w:eastAsia="zh-TW"/>
        </w:rPr>
        <w:t>4</w:t>
      </w:r>
      <w:r w:rsidR="00A0073B">
        <w:t>. Biological Model and Current Workflow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2722"/>
        <w:gridCol w:w="6138"/>
      </w:tblGrid>
      <w:tr w:rsidR="00943891" w14:paraId="14CFAF63" w14:textId="77777777">
        <w:trPr>
          <w:cantSplit/>
          <w:jc w:val="center"/>
        </w:trPr>
        <w:tc>
          <w:tcPr>
            <w:tcW w:w="3024" w:type="dxa"/>
            <w:shd w:val="clear" w:color="auto" w:fill="EAF4F8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6D0DD96E" w14:textId="77777777" w:rsidR="00943891" w:rsidRPr="00D2478C" w:rsidRDefault="00000000">
            <w:pPr>
              <w:spacing w:after="0"/>
            </w:pPr>
            <w:r w:rsidRPr="00D2478C">
              <w:rPr>
                <w:b/>
              </w:rPr>
              <w:t>Species</w:t>
            </w:r>
          </w:p>
        </w:tc>
        <w:tc>
          <w:tcPr>
            <w:tcW w:w="6912" w:type="dxa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475B4E17" w14:textId="77777777" w:rsidR="00943891" w:rsidRDefault="00943891">
            <w:pPr>
              <w:spacing w:after="0"/>
            </w:pPr>
          </w:p>
        </w:tc>
      </w:tr>
      <w:tr w:rsidR="00943891" w14:paraId="409F9A57" w14:textId="77777777">
        <w:trPr>
          <w:cantSplit/>
          <w:jc w:val="center"/>
        </w:trPr>
        <w:tc>
          <w:tcPr>
            <w:tcW w:w="3024" w:type="dxa"/>
            <w:shd w:val="clear" w:color="auto" w:fill="EAF4F8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7E881312" w14:textId="64ABBD40" w:rsidR="00943891" w:rsidRPr="00D2478C" w:rsidRDefault="00000000">
            <w:pPr>
              <w:spacing w:after="0"/>
            </w:pPr>
            <w:r w:rsidRPr="00D2478C">
              <w:rPr>
                <w:b/>
              </w:rPr>
              <w:t>Cell type/</w:t>
            </w:r>
            <w:r w:rsidR="000F2150" w:rsidRPr="00D2478C">
              <w:rPr>
                <w:rFonts w:eastAsia="新細明體" w:hint="eastAsia"/>
                <w:b/>
                <w:lang w:eastAsia="zh-TW"/>
              </w:rPr>
              <w:t>C</w:t>
            </w:r>
            <w:r w:rsidRPr="00D2478C">
              <w:rPr>
                <w:b/>
              </w:rPr>
              <w:t>ell line</w:t>
            </w:r>
          </w:p>
        </w:tc>
        <w:tc>
          <w:tcPr>
            <w:tcW w:w="6912" w:type="dxa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45509CE3" w14:textId="77777777" w:rsidR="00943891" w:rsidRDefault="00943891">
            <w:pPr>
              <w:spacing w:after="0"/>
            </w:pPr>
          </w:p>
        </w:tc>
      </w:tr>
      <w:tr w:rsidR="00943891" w14:paraId="256CEA84" w14:textId="77777777">
        <w:trPr>
          <w:cantSplit/>
          <w:jc w:val="center"/>
        </w:trPr>
        <w:tc>
          <w:tcPr>
            <w:tcW w:w="3024" w:type="dxa"/>
            <w:shd w:val="clear" w:color="auto" w:fill="EAF4F8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45F0C855" w14:textId="77777777" w:rsidR="00943891" w:rsidRPr="00D2478C" w:rsidRDefault="00000000">
            <w:pPr>
              <w:spacing w:after="0"/>
            </w:pPr>
            <w:r w:rsidRPr="00D2478C">
              <w:rPr>
                <w:b/>
              </w:rPr>
              <w:t>Cell source</w:t>
            </w:r>
          </w:p>
        </w:tc>
        <w:tc>
          <w:tcPr>
            <w:tcW w:w="6912" w:type="dxa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41423EB8" w14:textId="6B72A0B8" w:rsidR="00943891" w:rsidRPr="00134386" w:rsidRDefault="00000000">
            <w:pPr>
              <w:spacing w:after="0"/>
            </w:pPr>
            <w:r w:rsidRPr="00134386">
              <w:t>☐ Primary   ☐ Immortalized   ☐ Other: __________</w:t>
            </w:r>
          </w:p>
        </w:tc>
      </w:tr>
      <w:tr w:rsidR="00943891" w14:paraId="01A58AEC" w14:textId="77777777">
        <w:trPr>
          <w:cantSplit/>
          <w:jc w:val="center"/>
        </w:trPr>
        <w:tc>
          <w:tcPr>
            <w:tcW w:w="3024" w:type="dxa"/>
            <w:shd w:val="clear" w:color="auto" w:fill="EAF4F8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5E6DA357" w14:textId="77777777" w:rsidR="00943891" w:rsidRPr="00D2478C" w:rsidRDefault="00000000">
            <w:pPr>
              <w:spacing w:after="0"/>
            </w:pPr>
            <w:r w:rsidRPr="00D2478C">
              <w:rPr>
                <w:b/>
              </w:rPr>
              <w:t>Culture format</w:t>
            </w:r>
          </w:p>
        </w:tc>
        <w:tc>
          <w:tcPr>
            <w:tcW w:w="6912" w:type="dxa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0AED87C5" w14:textId="77777777" w:rsidR="00A0073B" w:rsidRPr="00134386" w:rsidRDefault="00000000">
            <w:pPr>
              <w:spacing w:after="0"/>
              <w:rPr>
                <w:rFonts w:eastAsia="新細明體"/>
                <w:lang w:eastAsia="zh-TW"/>
              </w:rPr>
            </w:pPr>
            <w:r w:rsidRPr="00134386">
              <w:t xml:space="preserve">☐ Adherent   ☐ Suspension   ☐ Microcarrier-based   ☐ Scaffold-based  </w:t>
            </w:r>
          </w:p>
          <w:p w14:paraId="2F203532" w14:textId="7339E031" w:rsidR="00943891" w:rsidRPr="00134386" w:rsidRDefault="00000000">
            <w:pPr>
              <w:spacing w:after="0"/>
            </w:pPr>
            <w:r w:rsidRPr="00134386">
              <w:t xml:space="preserve">☐ </w:t>
            </w:r>
            <w:r w:rsidR="00AF0D05">
              <w:rPr>
                <w:rFonts w:eastAsia="新細明體" w:hint="eastAsia"/>
                <w:lang w:eastAsia="zh-TW"/>
              </w:rPr>
              <w:t>S</w:t>
            </w:r>
            <w:r w:rsidR="00792BEB">
              <w:rPr>
                <w:rFonts w:eastAsia="新細明體" w:hint="eastAsia"/>
                <w:lang w:eastAsia="zh-TW"/>
              </w:rPr>
              <w:t>pheroid/</w:t>
            </w:r>
            <w:r w:rsidR="00AF0D05">
              <w:rPr>
                <w:rFonts w:eastAsia="新細明體" w:hint="eastAsia"/>
                <w:lang w:eastAsia="zh-TW"/>
              </w:rPr>
              <w:t>O</w:t>
            </w:r>
            <w:r w:rsidRPr="00134386">
              <w:t>rganoid</w:t>
            </w:r>
          </w:p>
        </w:tc>
      </w:tr>
      <w:tr w:rsidR="00943891" w14:paraId="79BA25F6" w14:textId="77777777">
        <w:trPr>
          <w:cantSplit/>
          <w:jc w:val="center"/>
        </w:trPr>
        <w:tc>
          <w:tcPr>
            <w:tcW w:w="3024" w:type="dxa"/>
            <w:shd w:val="clear" w:color="auto" w:fill="EAF4F8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46CF2559" w14:textId="77777777" w:rsidR="00943891" w:rsidRPr="00D2478C" w:rsidRDefault="00000000">
            <w:pPr>
              <w:spacing w:after="0"/>
            </w:pPr>
            <w:r w:rsidRPr="00D2478C">
              <w:rPr>
                <w:b/>
              </w:rPr>
              <w:t>Current vessel</w:t>
            </w:r>
          </w:p>
        </w:tc>
        <w:tc>
          <w:tcPr>
            <w:tcW w:w="6912" w:type="dxa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13D8A838" w14:textId="77777777" w:rsidR="00943891" w:rsidRDefault="00943891">
            <w:pPr>
              <w:spacing w:after="0"/>
            </w:pPr>
          </w:p>
        </w:tc>
      </w:tr>
      <w:tr w:rsidR="00943891" w14:paraId="40339B67" w14:textId="77777777">
        <w:trPr>
          <w:cantSplit/>
          <w:jc w:val="center"/>
        </w:trPr>
        <w:tc>
          <w:tcPr>
            <w:tcW w:w="3024" w:type="dxa"/>
            <w:shd w:val="clear" w:color="auto" w:fill="EAF4F8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754F425A" w14:textId="77777777" w:rsidR="00943891" w:rsidRPr="00D2478C" w:rsidRDefault="00000000">
            <w:pPr>
              <w:spacing w:after="0"/>
            </w:pPr>
            <w:r w:rsidRPr="00D2478C">
              <w:rPr>
                <w:b/>
              </w:rPr>
              <w:t>Typical working volume</w:t>
            </w:r>
          </w:p>
        </w:tc>
        <w:tc>
          <w:tcPr>
            <w:tcW w:w="6912" w:type="dxa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7CB17DCA" w14:textId="77777777" w:rsidR="00943891" w:rsidRDefault="00943891">
            <w:pPr>
              <w:spacing w:after="0"/>
            </w:pPr>
          </w:p>
        </w:tc>
      </w:tr>
      <w:tr w:rsidR="00943891" w14:paraId="072D0A84" w14:textId="77777777">
        <w:trPr>
          <w:cantSplit/>
          <w:jc w:val="center"/>
        </w:trPr>
        <w:tc>
          <w:tcPr>
            <w:tcW w:w="3024" w:type="dxa"/>
            <w:shd w:val="clear" w:color="auto" w:fill="EAF4F8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16DDA359" w14:textId="77777777" w:rsidR="00943891" w:rsidRPr="00D2478C" w:rsidRDefault="00000000">
            <w:pPr>
              <w:spacing w:after="0"/>
            </w:pPr>
            <w:r w:rsidRPr="00D2478C">
              <w:rPr>
                <w:b/>
              </w:rPr>
              <w:t>Typical culture duration</w:t>
            </w:r>
          </w:p>
        </w:tc>
        <w:tc>
          <w:tcPr>
            <w:tcW w:w="6912" w:type="dxa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4FD05A82" w14:textId="77777777" w:rsidR="00943891" w:rsidRDefault="00943891">
            <w:pPr>
              <w:spacing w:after="0"/>
            </w:pPr>
          </w:p>
        </w:tc>
      </w:tr>
    </w:tbl>
    <w:p w14:paraId="71DFC8D3" w14:textId="35EA3A34" w:rsidR="00943891" w:rsidRPr="00A0073B" w:rsidRDefault="00943891" w:rsidP="00EA1C3A">
      <w:pPr>
        <w:rPr>
          <w:rFonts w:eastAsia="新細明體"/>
          <w:lang w:eastAsia="zh-TW"/>
        </w:rPr>
      </w:pPr>
    </w:p>
    <w:p w14:paraId="31284B80" w14:textId="3C1516DE" w:rsidR="00943891" w:rsidRDefault="0099175A">
      <w:pPr>
        <w:pStyle w:val="SectionHeading"/>
      </w:pPr>
      <w:r>
        <w:rPr>
          <w:rFonts w:eastAsia="新細明體" w:hint="eastAsia"/>
          <w:lang w:eastAsia="zh-TW"/>
        </w:rPr>
        <w:t>5</w:t>
      </w:r>
      <w:r w:rsidR="00EA1C3A">
        <w:t>. Technical Readiness and Feasibility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3938"/>
        <w:gridCol w:w="4922"/>
      </w:tblGrid>
      <w:tr w:rsidR="00943891" w14:paraId="28948C57" w14:textId="77777777" w:rsidTr="0001062A">
        <w:trPr>
          <w:cantSplit/>
          <w:jc w:val="center"/>
        </w:trPr>
        <w:tc>
          <w:tcPr>
            <w:tcW w:w="3938" w:type="dxa"/>
            <w:shd w:val="clear" w:color="auto" w:fill="EAF4F8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1E54949" w14:textId="77777777" w:rsidR="00943891" w:rsidRPr="00134386" w:rsidRDefault="00000000">
            <w:r w:rsidRPr="00134386">
              <w:rPr>
                <w:b/>
                <w:sz w:val="18"/>
              </w:rPr>
              <w:t>Are the cells currently available?</w:t>
            </w:r>
          </w:p>
        </w:tc>
        <w:tc>
          <w:tcPr>
            <w:tcW w:w="4922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43962EB" w14:textId="77777777" w:rsidR="00943891" w:rsidRPr="00134386" w:rsidRDefault="00000000">
            <w:r w:rsidRPr="00134386">
              <w:rPr>
                <w:sz w:val="18"/>
              </w:rPr>
              <w:t>☐ Yes   ☐ No   ☐ Expected by: __________</w:t>
            </w:r>
          </w:p>
        </w:tc>
      </w:tr>
      <w:tr w:rsidR="00943891" w14:paraId="1D87B01E" w14:textId="77777777" w:rsidTr="0001062A">
        <w:trPr>
          <w:cantSplit/>
          <w:jc w:val="center"/>
        </w:trPr>
        <w:tc>
          <w:tcPr>
            <w:tcW w:w="3938" w:type="dxa"/>
            <w:shd w:val="clear" w:color="auto" w:fill="EAF4F8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5D8BD92" w14:textId="77777777" w:rsidR="00943891" w:rsidRPr="00134386" w:rsidRDefault="00000000">
            <w:r w:rsidRPr="00134386">
              <w:rPr>
                <w:b/>
                <w:sz w:val="18"/>
              </w:rPr>
              <w:t>Is the culture protocol established?</w:t>
            </w:r>
          </w:p>
        </w:tc>
        <w:tc>
          <w:tcPr>
            <w:tcW w:w="4922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6ED6D52" w14:textId="77777777" w:rsidR="00943891" w:rsidRPr="00134386" w:rsidRDefault="00000000">
            <w:r w:rsidRPr="00134386">
              <w:rPr>
                <w:sz w:val="18"/>
              </w:rPr>
              <w:t>☐ Yes   ☐ Partially   ☐ No</w:t>
            </w:r>
          </w:p>
        </w:tc>
      </w:tr>
      <w:tr w:rsidR="00943891" w14:paraId="531C6108" w14:textId="77777777" w:rsidTr="0001062A">
        <w:trPr>
          <w:cantSplit/>
          <w:jc w:val="center"/>
        </w:trPr>
        <w:tc>
          <w:tcPr>
            <w:tcW w:w="3938" w:type="dxa"/>
            <w:shd w:val="clear" w:color="auto" w:fill="EAF4F8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97C33C1" w14:textId="77777777" w:rsidR="00943891" w:rsidRPr="00134386" w:rsidRDefault="00000000">
            <w:r w:rsidRPr="00134386">
              <w:rPr>
                <w:b/>
                <w:sz w:val="18"/>
              </w:rPr>
              <w:t>Are biological replicates feasible?</w:t>
            </w:r>
          </w:p>
        </w:tc>
        <w:tc>
          <w:tcPr>
            <w:tcW w:w="4922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CDA708B" w14:textId="77777777" w:rsidR="00943891" w:rsidRPr="00134386" w:rsidRDefault="00000000">
            <w:r w:rsidRPr="00134386">
              <w:rPr>
                <w:sz w:val="18"/>
              </w:rPr>
              <w:t>☐ Yes   ☐ No   ☐ To be discussed</w:t>
            </w:r>
          </w:p>
        </w:tc>
      </w:tr>
      <w:tr w:rsidR="00943891" w14:paraId="6E4820A3" w14:textId="77777777" w:rsidTr="0001062A">
        <w:trPr>
          <w:cantSplit/>
          <w:jc w:val="center"/>
        </w:trPr>
        <w:tc>
          <w:tcPr>
            <w:tcW w:w="3938" w:type="dxa"/>
            <w:shd w:val="clear" w:color="auto" w:fill="EAF4F8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8D04D32" w14:textId="77777777" w:rsidR="00943891" w:rsidRPr="00134386" w:rsidRDefault="00000000">
            <w:r w:rsidRPr="00134386">
              <w:rPr>
                <w:b/>
                <w:sz w:val="18"/>
              </w:rPr>
              <w:t>Has a related experiment been performed?</w:t>
            </w:r>
          </w:p>
        </w:tc>
        <w:tc>
          <w:tcPr>
            <w:tcW w:w="4922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A2E538D" w14:textId="77777777" w:rsidR="00943891" w:rsidRPr="00134386" w:rsidRDefault="00000000">
            <w:r w:rsidRPr="00134386">
              <w:rPr>
                <w:sz w:val="18"/>
              </w:rPr>
              <w:t>☐ Yes   ☐ No</w:t>
            </w:r>
          </w:p>
        </w:tc>
      </w:tr>
    </w:tbl>
    <w:p w14:paraId="466AF982" w14:textId="77777777" w:rsidR="00EA1C3A" w:rsidRPr="00EA1C3A" w:rsidRDefault="00EA1C3A" w:rsidP="00EA1C3A">
      <w:pPr>
        <w:pStyle w:val="SectionHeading"/>
        <w:rPr>
          <w:rFonts w:eastAsia="新細明體"/>
          <w:sz w:val="19"/>
          <w:szCs w:val="19"/>
          <w:lang w:eastAsia="zh-TW"/>
        </w:rPr>
      </w:pPr>
    </w:p>
    <w:p w14:paraId="33F954AF" w14:textId="7982CBB4" w:rsidR="00EA1C3A" w:rsidRDefault="0099175A" w:rsidP="00EA1C3A">
      <w:pPr>
        <w:pStyle w:val="SectionHeading"/>
      </w:pPr>
      <w:r>
        <w:rPr>
          <w:rFonts w:eastAsia="新細明體" w:hint="eastAsia"/>
          <w:lang w:eastAsia="zh-TW"/>
        </w:rPr>
        <w:lastRenderedPageBreak/>
        <w:t>6</w:t>
      </w:r>
      <w:r w:rsidR="00EA1C3A">
        <w:t>. Preliminary Experimental Design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2807"/>
        <w:gridCol w:w="6053"/>
      </w:tblGrid>
      <w:tr w:rsidR="00EA1C3A" w14:paraId="6DBB4C05" w14:textId="77777777" w:rsidTr="0024692D">
        <w:trPr>
          <w:cantSplit/>
          <w:jc w:val="center"/>
        </w:trPr>
        <w:tc>
          <w:tcPr>
            <w:tcW w:w="2807" w:type="dxa"/>
            <w:shd w:val="clear" w:color="auto" w:fill="EAF4F8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7F327E29" w14:textId="77777777" w:rsidR="00EA1C3A" w:rsidRPr="00D2478C" w:rsidRDefault="00EA1C3A" w:rsidP="0024692D">
            <w:pPr>
              <w:spacing w:after="0"/>
            </w:pPr>
            <w:r w:rsidRPr="00D2478C">
              <w:rPr>
                <w:b/>
              </w:rPr>
              <w:t>Number of conditions</w:t>
            </w:r>
          </w:p>
        </w:tc>
        <w:tc>
          <w:tcPr>
            <w:tcW w:w="6053" w:type="dxa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4F1EDAC3" w14:textId="77777777" w:rsidR="00EA1C3A" w:rsidRDefault="00EA1C3A" w:rsidP="0024692D">
            <w:pPr>
              <w:spacing w:after="0"/>
            </w:pPr>
          </w:p>
        </w:tc>
      </w:tr>
      <w:tr w:rsidR="00EA1C3A" w14:paraId="4F1E36DE" w14:textId="77777777" w:rsidTr="0024692D">
        <w:trPr>
          <w:cantSplit/>
          <w:jc w:val="center"/>
        </w:trPr>
        <w:tc>
          <w:tcPr>
            <w:tcW w:w="2807" w:type="dxa"/>
            <w:shd w:val="clear" w:color="auto" w:fill="EAF4F8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45604C35" w14:textId="77777777" w:rsidR="00EA1C3A" w:rsidRPr="00D2478C" w:rsidRDefault="00EA1C3A" w:rsidP="0024692D">
            <w:pPr>
              <w:spacing w:after="0"/>
            </w:pPr>
            <w:r w:rsidRPr="00D2478C">
              <w:rPr>
                <w:b/>
              </w:rPr>
              <w:t>Replicates per condition</w:t>
            </w:r>
          </w:p>
        </w:tc>
        <w:tc>
          <w:tcPr>
            <w:tcW w:w="6053" w:type="dxa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1A5878C7" w14:textId="77777777" w:rsidR="00EA1C3A" w:rsidRDefault="00EA1C3A" w:rsidP="0024692D">
            <w:pPr>
              <w:spacing w:after="0"/>
            </w:pPr>
          </w:p>
        </w:tc>
      </w:tr>
      <w:tr w:rsidR="00EA1C3A" w14:paraId="7F41AC5F" w14:textId="77777777" w:rsidTr="0024692D">
        <w:trPr>
          <w:cantSplit/>
          <w:jc w:val="center"/>
        </w:trPr>
        <w:tc>
          <w:tcPr>
            <w:tcW w:w="2807" w:type="dxa"/>
            <w:shd w:val="clear" w:color="auto" w:fill="EAF4F8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552BD4EA" w14:textId="77777777" w:rsidR="00EA1C3A" w:rsidRPr="00D2478C" w:rsidRDefault="00EA1C3A" w:rsidP="0024692D">
            <w:pPr>
              <w:spacing w:after="0"/>
            </w:pPr>
            <w:r w:rsidRPr="00D2478C">
              <w:rPr>
                <w:b/>
              </w:rPr>
              <w:t>Proposed controls</w:t>
            </w:r>
          </w:p>
        </w:tc>
        <w:tc>
          <w:tcPr>
            <w:tcW w:w="6053" w:type="dxa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0D93EEED" w14:textId="77777777" w:rsidR="00EA1C3A" w:rsidRDefault="00EA1C3A" w:rsidP="0024692D">
            <w:pPr>
              <w:spacing w:after="0"/>
            </w:pPr>
          </w:p>
        </w:tc>
      </w:tr>
      <w:tr w:rsidR="00EA1C3A" w14:paraId="617A33F7" w14:textId="77777777" w:rsidTr="0024692D">
        <w:trPr>
          <w:cantSplit/>
          <w:jc w:val="center"/>
        </w:trPr>
        <w:tc>
          <w:tcPr>
            <w:tcW w:w="2807" w:type="dxa"/>
            <w:shd w:val="clear" w:color="auto" w:fill="EAF4F8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157EB425" w14:textId="5C42D846" w:rsidR="00EA1C3A" w:rsidRPr="00D2478C" w:rsidRDefault="00EA1C3A" w:rsidP="0024692D">
            <w:pPr>
              <w:spacing w:after="0"/>
            </w:pPr>
            <w:r w:rsidRPr="00D2478C">
              <w:rPr>
                <w:b/>
              </w:rPr>
              <w:t>Expected plates/runs</w:t>
            </w:r>
          </w:p>
        </w:tc>
        <w:tc>
          <w:tcPr>
            <w:tcW w:w="6053" w:type="dxa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38D1BE31" w14:textId="77777777" w:rsidR="00EA1C3A" w:rsidRDefault="00EA1C3A" w:rsidP="0024692D">
            <w:pPr>
              <w:spacing w:after="0"/>
            </w:pPr>
          </w:p>
        </w:tc>
      </w:tr>
      <w:tr w:rsidR="00EA1C3A" w14:paraId="239917DF" w14:textId="77777777" w:rsidTr="0024692D">
        <w:trPr>
          <w:cantSplit/>
          <w:jc w:val="center"/>
        </w:trPr>
        <w:tc>
          <w:tcPr>
            <w:tcW w:w="2807" w:type="dxa"/>
            <w:shd w:val="clear" w:color="auto" w:fill="EAF4F8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28288697" w14:textId="77777777" w:rsidR="00EA1C3A" w:rsidRPr="00D2478C" w:rsidRDefault="00EA1C3A" w:rsidP="0024692D">
            <w:pPr>
              <w:spacing w:after="0"/>
            </w:pPr>
            <w:r w:rsidRPr="00D2478C">
              <w:rPr>
                <w:rFonts w:eastAsia="新細明體" w:hint="eastAsia"/>
                <w:b/>
                <w:lang w:eastAsia="zh-TW"/>
              </w:rPr>
              <w:t>Medium exchange</w:t>
            </w:r>
            <w:r w:rsidRPr="00D2478C">
              <w:rPr>
                <w:b/>
              </w:rPr>
              <w:t xml:space="preserve"> frequency</w:t>
            </w:r>
          </w:p>
        </w:tc>
        <w:tc>
          <w:tcPr>
            <w:tcW w:w="6053" w:type="dxa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35C00BFF" w14:textId="77777777" w:rsidR="00EA1C3A" w:rsidRDefault="00EA1C3A" w:rsidP="0024692D">
            <w:pPr>
              <w:spacing w:after="0"/>
            </w:pPr>
          </w:p>
        </w:tc>
      </w:tr>
      <w:tr w:rsidR="00EA1C3A" w14:paraId="0732EFB2" w14:textId="77777777" w:rsidTr="0024692D">
        <w:trPr>
          <w:cantSplit/>
          <w:jc w:val="center"/>
        </w:trPr>
        <w:tc>
          <w:tcPr>
            <w:tcW w:w="2807" w:type="dxa"/>
            <w:shd w:val="clear" w:color="auto" w:fill="EAF4F8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43357E82" w14:textId="77777777" w:rsidR="00EA1C3A" w:rsidRPr="00D2478C" w:rsidRDefault="00EA1C3A" w:rsidP="0024692D">
            <w:pPr>
              <w:spacing w:after="0"/>
            </w:pPr>
            <w:r w:rsidRPr="00D2478C">
              <w:rPr>
                <w:b/>
              </w:rPr>
              <w:t>Sampling frequency</w:t>
            </w:r>
          </w:p>
        </w:tc>
        <w:tc>
          <w:tcPr>
            <w:tcW w:w="6053" w:type="dxa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7643196A" w14:textId="77777777" w:rsidR="00EA1C3A" w:rsidRDefault="00EA1C3A" w:rsidP="0024692D">
            <w:pPr>
              <w:spacing w:after="0"/>
            </w:pPr>
          </w:p>
        </w:tc>
      </w:tr>
      <w:tr w:rsidR="00EA1C3A" w14:paraId="1DCEBC76" w14:textId="77777777" w:rsidTr="0024692D">
        <w:trPr>
          <w:cantSplit/>
          <w:jc w:val="center"/>
        </w:trPr>
        <w:tc>
          <w:tcPr>
            <w:tcW w:w="2807" w:type="dxa"/>
            <w:shd w:val="clear" w:color="auto" w:fill="EAF4F8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482240A0" w14:textId="6FB97EED" w:rsidR="00EA1C3A" w:rsidRPr="00D2478C" w:rsidRDefault="00EA1C3A" w:rsidP="0024692D">
            <w:pPr>
              <w:spacing w:after="0"/>
              <w:rPr>
                <w:rFonts w:eastAsia="新細明體" w:hint="eastAsia"/>
                <w:lang w:eastAsia="zh-TW"/>
              </w:rPr>
            </w:pPr>
            <w:r w:rsidRPr="00D2478C">
              <w:rPr>
                <w:b/>
              </w:rPr>
              <w:t>Primary endpoint</w:t>
            </w:r>
            <w:r w:rsidR="00D2478C">
              <w:rPr>
                <w:rFonts w:eastAsia="新細明體" w:hint="eastAsia"/>
                <w:b/>
                <w:lang w:eastAsia="zh-TW"/>
              </w:rPr>
              <w:t xml:space="preserve"> analysis</w:t>
            </w:r>
          </w:p>
        </w:tc>
        <w:tc>
          <w:tcPr>
            <w:tcW w:w="6053" w:type="dxa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65162678" w14:textId="77777777" w:rsidR="00EA1C3A" w:rsidRDefault="00EA1C3A" w:rsidP="0024692D">
            <w:pPr>
              <w:spacing w:after="0"/>
            </w:pPr>
          </w:p>
        </w:tc>
      </w:tr>
    </w:tbl>
    <w:p w14:paraId="5C0A94C1" w14:textId="77777777" w:rsidR="00A0073B" w:rsidRPr="00A0073B" w:rsidRDefault="00A0073B">
      <w:pPr>
        <w:pStyle w:val="SectionHeading"/>
        <w:rPr>
          <w:rFonts w:eastAsia="新細明體"/>
          <w:sz w:val="19"/>
          <w:szCs w:val="19"/>
          <w:lang w:eastAsia="zh-TW"/>
        </w:rPr>
      </w:pPr>
    </w:p>
    <w:p w14:paraId="6942FBA3" w14:textId="511054EB" w:rsidR="00943891" w:rsidRDefault="0099175A">
      <w:pPr>
        <w:pStyle w:val="SectionHeading"/>
      </w:pPr>
      <w:r>
        <w:rPr>
          <w:rFonts w:eastAsia="新細明體" w:hint="eastAsia"/>
          <w:lang w:eastAsia="zh-TW"/>
        </w:rPr>
        <w:t>7</w:t>
      </w:r>
      <w:r w:rsidR="00000000">
        <w:t>. Timeline and Project Constraints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2779"/>
        <w:gridCol w:w="6081"/>
      </w:tblGrid>
      <w:tr w:rsidR="00943891" w14:paraId="64E0BFF9" w14:textId="77777777">
        <w:trPr>
          <w:cantSplit/>
          <w:jc w:val="center"/>
        </w:trPr>
        <w:tc>
          <w:tcPr>
            <w:tcW w:w="3024" w:type="dxa"/>
            <w:shd w:val="clear" w:color="auto" w:fill="EAF4F8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49BC96DF" w14:textId="77777777" w:rsidR="00943891" w:rsidRPr="00D2478C" w:rsidRDefault="00000000">
            <w:pPr>
              <w:spacing w:after="0"/>
            </w:pPr>
            <w:r w:rsidRPr="00D2478C">
              <w:rPr>
                <w:b/>
              </w:rPr>
              <w:t>Earliest preferred start date</w:t>
            </w:r>
          </w:p>
        </w:tc>
        <w:tc>
          <w:tcPr>
            <w:tcW w:w="6912" w:type="dxa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62F4D01C" w14:textId="77777777" w:rsidR="00943891" w:rsidRDefault="00943891">
            <w:pPr>
              <w:spacing w:after="0"/>
            </w:pPr>
          </w:p>
        </w:tc>
      </w:tr>
      <w:tr w:rsidR="00943891" w14:paraId="320200FD" w14:textId="77777777">
        <w:trPr>
          <w:cantSplit/>
          <w:jc w:val="center"/>
        </w:trPr>
        <w:tc>
          <w:tcPr>
            <w:tcW w:w="3024" w:type="dxa"/>
            <w:shd w:val="clear" w:color="auto" w:fill="EAF4F8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1D31B2B0" w14:textId="77777777" w:rsidR="00943891" w:rsidRPr="00D2478C" w:rsidRDefault="00000000">
            <w:pPr>
              <w:spacing w:after="0"/>
            </w:pPr>
            <w:r w:rsidRPr="00D2478C">
              <w:rPr>
                <w:b/>
              </w:rPr>
              <w:t>Expected duration per culture run</w:t>
            </w:r>
          </w:p>
        </w:tc>
        <w:tc>
          <w:tcPr>
            <w:tcW w:w="6912" w:type="dxa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16A0CDC0" w14:textId="77777777" w:rsidR="00943891" w:rsidRDefault="00943891">
            <w:pPr>
              <w:spacing w:after="0"/>
            </w:pPr>
          </w:p>
        </w:tc>
      </w:tr>
      <w:tr w:rsidR="00943891" w14:paraId="3CFBFEAE" w14:textId="77777777">
        <w:trPr>
          <w:cantSplit/>
          <w:jc w:val="center"/>
        </w:trPr>
        <w:tc>
          <w:tcPr>
            <w:tcW w:w="3024" w:type="dxa"/>
            <w:shd w:val="clear" w:color="auto" w:fill="EAF4F8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11ECB345" w14:textId="77777777" w:rsidR="00943891" w:rsidRPr="00D2478C" w:rsidRDefault="00000000">
            <w:pPr>
              <w:spacing w:after="0"/>
            </w:pPr>
            <w:r w:rsidRPr="00D2478C">
              <w:rPr>
                <w:b/>
              </w:rPr>
              <w:t>Approximate total pilot duration</w:t>
            </w:r>
          </w:p>
        </w:tc>
        <w:tc>
          <w:tcPr>
            <w:tcW w:w="6912" w:type="dxa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40A60AE0" w14:textId="77777777" w:rsidR="00943891" w:rsidRDefault="00943891">
            <w:pPr>
              <w:spacing w:after="0"/>
            </w:pPr>
          </w:p>
        </w:tc>
      </w:tr>
      <w:tr w:rsidR="00943891" w14:paraId="69ECAE56" w14:textId="77777777">
        <w:trPr>
          <w:cantSplit/>
          <w:jc w:val="center"/>
        </w:trPr>
        <w:tc>
          <w:tcPr>
            <w:tcW w:w="3024" w:type="dxa"/>
            <w:shd w:val="clear" w:color="auto" w:fill="EAF4F8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2A6621BE" w14:textId="77777777" w:rsidR="00943891" w:rsidRPr="00D2478C" w:rsidRDefault="00000000">
            <w:pPr>
              <w:spacing w:after="0"/>
            </w:pPr>
            <w:r w:rsidRPr="00D2478C">
              <w:rPr>
                <w:b/>
              </w:rPr>
              <w:t>Important deadline</w:t>
            </w:r>
          </w:p>
        </w:tc>
        <w:tc>
          <w:tcPr>
            <w:tcW w:w="6912" w:type="dxa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2B294945" w14:textId="77777777" w:rsidR="00943891" w:rsidRDefault="00000000">
            <w:pPr>
              <w:spacing w:after="0"/>
            </w:pPr>
            <w:r w:rsidRPr="00134386">
              <w:t>☐ Grant   ☐ Manuscript   ☐ Conference   ☐ Student project   ☐ None   Date: __________</w:t>
            </w:r>
          </w:p>
        </w:tc>
      </w:tr>
      <w:tr w:rsidR="00943891" w14:paraId="570664A7" w14:textId="77777777">
        <w:trPr>
          <w:cantSplit/>
          <w:jc w:val="center"/>
        </w:trPr>
        <w:tc>
          <w:tcPr>
            <w:tcW w:w="3024" w:type="dxa"/>
            <w:shd w:val="clear" w:color="auto" w:fill="EAF4F8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37E90404" w14:textId="77777777" w:rsidR="00943891" w:rsidRPr="00D2478C" w:rsidRDefault="00000000">
            <w:pPr>
              <w:spacing w:after="0"/>
            </w:pPr>
            <w:r w:rsidRPr="00D2478C">
              <w:rPr>
                <w:b/>
              </w:rPr>
              <w:t>Other scheduling constraints</w:t>
            </w:r>
          </w:p>
        </w:tc>
        <w:tc>
          <w:tcPr>
            <w:tcW w:w="6912" w:type="dxa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014BE114" w14:textId="77777777" w:rsidR="00943891" w:rsidRDefault="00943891">
            <w:pPr>
              <w:spacing w:after="0"/>
            </w:pPr>
          </w:p>
        </w:tc>
      </w:tr>
    </w:tbl>
    <w:p w14:paraId="3E6E62B3" w14:textId="02717B37" w:rsidR="00943891" w:rsidRDefault="00943891"/>
    <w:p w14:paraId="2BCD4884" w14:textId="40CB2497" w:rsidR="00943891" w:rsidRDefault="0099175A">
      <w:pPr>
        <w:pStyle w:val="SectionHeading"/>
      </w:pPr>
      <w:r>
        <w:rPr>
          <w:rFonts w:eastAsia="新細明體" w:hint="eastAsia"/>
          <w:lang w:eastAsia="zh-TW"/>
        </w:rPr>
        <w:t>8</w:t>
      </w:r>
      <w:r w:rsidR="00000000">
        <w:t>. Funding and Institutional Requirements</w:t>
      </w:r>
    </w:p>
    <w:p w14:paraId="7D63C179" w14:textId="77777777" w:rsidR="00943891" w:rsidRDefault="00000000">
      <w:r>
        <w:rPr>
          <w:b/>
          <w:color w:val="17324D"/>
        </w:rPr>
        <w:t>Expected source of funding for participant-provided consumables</w:t>
      </w:r>
    </w:p>
    <w:p w14:paraId="770230C5" w14:textId="77777777" w:rsidR="00943891" w:rsidRDefault="00000000">
      <w:pPr>
        <w:spacing w:after="40"/>
        <w:ind w:left="216"/>
      </w:pPr>
      <w:r>
        <w:t>☐ Existing laboratory funds     ☐ Active research grant     ☐ Pending grant application</w:t>
      </w:r>
    </w:p>
    <w:p w14:paraId="2A15F279" w14:textId="77777777" w:rsidR="00943891" w:rsidRDefault="00000000">
      <w:pPr>
        <w:spacing w:after="40"/>
        <w:ind w:left="216"/>
      </w:pPr>
      <w:r>
        <w:t>☐ Institutional support     ☐ Industry collaborator     ☐ To be discussed     ☐ Other: __________</w:t>
      </w:r>
    </w:p>
    <w:p w14:paraId="2703DE01" w14:textId="77777777" w:rsidR="00943891" w:rsidRDefault="00000000">
      <w:r>
        <w:rPr>
          <w:b/>
          <w:color w:val="17324D"/>
        </w:rPr>
        <w:t>Institutional documents or approvals that may be required</w:t>
      </w:r>
    </w:p>
    <w:p w14:paraId="5A68A23B" w14:textId="5C4ABA19" w:rsidR="00943891" w:rsidRDefault="00000000">
      <w:pPr>
        <w:spacing w:after="40"/>
        <w:ind w:left="216"/>
      </w:pPr>
      <w:r>
        <w:t>☐ NDA     ☐ Collaboration agreement     ☐ Material transfer agreement     ☐ Purchase order/quotation</w:t>
      </w:r>
    </w:p>
    <w:p w14:paraId="7B24916A" w14:textId="77777777" w:rsidR="00943891" w:rsidRDefault="00000000">
      <w:pPr>
        <w:spacing w:after="40"/>
        <w:ind w:left="216"/>
      </w:pPr>
      <w:r>
        <w:t>☐ Biosafety approval     ☐ Institutional approval     ☐ None known     ☐ Not sure     ☐ Other: __________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8860"/>
      </w:tblGrid>
      <w:tr w:rsidR="00943891" w14:paraId="6BD65498" w14:textId="77777777">
        <w:trPr>
          <w:cantSplit/>
          <w:jc w:val="center"/>
        </w:trPr>
        <w:tc>
          <w:tcPr>
            <w:tcW w:w="10166" w:type="dxa"/>
            <w:shd w:val="clear" w:color="auto" w:fill="EAF4F8"/>
            <w:tcMar>
              <w:top w:w="85" w:type="dxa"/>
              <w:left w:w="110" w:type="dxa"/>
              <w:bottom w:w="70" w:type="dxa"/>
              <w:right w:w="110" w:type="dxa"/>
            </w:tcMar>
          </w:tcPr>
          <w:p w14:paraId="44EB837F" w14:textId="6F9BFB72" w:rsidR="00943891" w:rsidRPr="00D2478C" w:rsidRDefault="0099175A">
            <w:pPr>
              <w:spacing w:after="20"/>
            </w:pPr>
            <w:r w:rsidRPr="00D2478C">
              <w:rPr>
                <w:rFonts w:eastAsia="新細明體" w:hint="eastAsia"/>
                <w:b/>
                <w:sz w:val="21"/>
                <w:lang w:eastAsia="zh-TW"/>
              </w:rPr>
              <w:t>8</w:t>
            </w:r>
            <w:r w:rsidR="00000000" w:rsidRPr="00D2478C">
              <w:rPr>
                <w:b/>
                <w:sz w:val="21"/>
              </w:rPr>
              <w:t>.1 Other logistical or institutional considerations</w:t>
            </w:r>
          </w:p>
          <w:p w14:paraId="1A207FDF" w14:textId="74D47371" w:rsidR="00943891" w:rsidRDefault="00000000">
            <w:pPr>
              <w:spacing w:after="0"/>
            </w:pPr>
            <w:r w:rsidRPr="00D2478C">
              <w:rPr>
                <w:i/>
                <w:sz w:val="17"/>
              </w:rPr>
              <w:t>Please note any import, shipping, biosafety, facility</w:t>
            </w:r>
            <w:r w:rsidR="00792BEB" w:rsidRPr="00D2478C">
              <w:rPr>
                <w:rFonts w:eastAsia="新細明體" w:hint="eastAsia"/>
                <w:i/>
                <w:sz w:val="17"/>
                <w:lang w:eastAsia="zh-TW"/>
              </w:rPr>
              <w:t xml:space="preserve"> </w:t>
            </w:r>
            <w:r w:rsidRPr="00D2478C">
              <w:rPr>
                <w:i/>
                <w:sz w:val="17"/>
              </w:rPr>
              <w:t>access, or administrative considerations that could affect the study.</w:t>
            </w:r>
          </w:p>
        </w:tc>
      </w:tr>
      <w:tr w:rsidR="00943891" w14:paraId="0D3601BD" w14:textId="77777777">
        <w:trPr>
          <w:cantSplit/>
          <w:jc w:val="center"/>
        </w:trPr>
        <w:tc>
          <w:tcPr>
            <w:tcW w:w="10166" w:type="dxa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1878291B" w14:textId="77777777" w:rsidR="00943891" w:rsidRDefault="00000000">
            <w:pPr>
              <w:spacing w:after="140"/>
            </w:pPr>
            <w:r>
              <w:t xml:space="preserve"> </w:t>
            </w:r>
          </w:p>
          <w:p w14:paraId="54CDBB36" w14:textId="77777777" w:rsidR="00943891" w:rsidRDefault="00000000">
            <w:pPr>
              <w:spacing w:after="140"/>
              <w:rPr>
                <w:rFonts w:eastAsia="新細明體"/>
                <w:lang w:eastAsia="zh-TW"/>
              </w:rPr>
            </w:pPr>
            <w:r>
              <w:t xml:space="preserve"> </w:t>
            </w:r>
          </w:p>
          <w:p w14:paraId="5C2E003E" w14:textId="77777777" w:rsidR="000F2150" w:rsidRPr="000F2150" w:rsidRDefault="000F2150">
            <w:pPr>
              <w:spacing w:after="140"/>
              <w:rPr>
                <w:rFonts w:eastAsia="新細明體"/>
                <w:lang w:eastAsia="zh-TW"/>
              </w:rPr>
            </w:pPr>
          </w:p>
          <w:p w14:paraId="7393EE9D" w14:textId="77777777" w:rsidR="00943891" w:rsidRDefault="00000000">
            <w:pPr>
              <w:spacing w:after="140"/>
            </w:pPr>
            <w:r>
              <w:t xml:space="preserve"> </w:t>
            </w:r>
          </w:p>
        </w:tc>
      </w:tr>
    </w:tbl>
    <w:p w14:paraId="6BED5725" w14:textId="77777777" w:rsidR="00943891" w:rsidRDefault="00943891">
      <w:pPr>
        <w:spacing w:after="20"/>
      </w:pPr>
    </w:p>
    <w:p w14:paraId="0B351C15" w14:textId="77777777" w:rsidR="00943891" w:rsidRDefault="00000000">
      <w:r>
        <w:br w:type="page"/>
      </w:r>
    </w:p>
    <w:p w14:paraId="0F830C00" w14:textId="23E0E677" w:rsidR="00943891" w:rsidRDefault="0099175A">
      <w:pPr>
        <w:pStyle w:val="SectionHeading"/>
      </w:pPr>
      <w:r>
        <w:rPr>
          <w:rFonts w:eastAsia="新細明體" w:hint="eastAsia"/>
          <w:lang w:eastAsia="zh-TW"/>
        </w:rPr>
        <w:lastRenderedPageBreak/>
        <w:t>9</w:t>
      </w:r>
      <w:r w:rsidR="00000000">
        <w:t>. Expected Outcomes and Continuation Pathway</w:t>
      </w:r>
    </w:p>
    <w:p w14:paraId="31702295" w14:textId="77777777" w:rsidR="00943891" w:rsidRDefault="00000000">
      <w:r>
        <w:rPr>
          <w:b/>
          <w:color w:val="17324D"/>
        </w:rPr>
        <w:t>What outcome would be most valuable to your group?</w:t>
      </w:r>
    </w:p>
    <w:p w14:paraId="35EB8C04" w14:textId="43CA33F4" w:rsidR="00943891" w:rsidRDefault="00000000">
      <w:pPr>
        <w:spacing w:after="40"/>
        <w:ind w:left="216"/>
      </w:pPr>
      <w:r>
        <w:t>☐ Feasibility data     ☐ Preliminary data for a grant     ☐ Conference abstract/poster</w:t>
      </w:r>
    </w:p>
    <w:p w14:paraId="28673FC9" w14:textId="77777777" w:rsidR="00943891" w:rsidRDefault="00000000">
      <w:pPr>
        <w:spacing w:after="40"/>
        <w:ind w:left="216"/>
      </w:pPr>
      <w:r>
        <w:t>☐ Application note     ☐ Peer-reviewed publication     ☐ Internal research data     ☐ Other: __________</w:t>
      </w:r>
    </w:p>
    <w:p w14:paraId="1C06BCB1" w14:textId="77777777" w:rsidR="00943891" w:rsidRDefault="00000000">
      <w:r>
        <w:rPr>
          <w:b/>
          <w:color w:val="17324D"/>
        </w:rPr>
        <w:t>If the pilot is successful, what is the most likely next step?</w:t>
      </w:r>
    </w:p>
    <w:p w14:paraId="49818E65" w14:textId="48B34628" w:rsidR="00943891" w:rsidRDefault="00000000">
      <w:pPr>
        <w:spacing w:after="40"/>
        <w:ind w:left="216"/>
      </w:pPr>
      <w:r>
        <w:t>☐ Expanded validation study     ☐ Grant application     ☐ Manuscript/</w:t>
      </w:r>
      <w:r w:rsidR="00792BEB">
        <w:rPr>
          <w:rFonts w:eastAsia="新細明體" w:hint="eastAsia"/>
          <w:lang w:eastAsia="zh-TW"/>
        </w:rPr>
        <w:t>C</w:t>
      </w:r>
      <w:r>
        <w:t>onference presentation</w:t>
      </w:r>
    </w:p>
    <w:p w14:paraId="0A408619" w14:textId="77777777" w:rsidR="00943891" w:rsidRDefault="00000000">
      <w:pPr>
        <w:spacing w:after="40"/>
        <w:ind w:left="216"/>
      </w:pPr>
      <w:r>
        <w:t>☐ Multi-laboratory collaboration     ☐ Shared-facility access     ☐ Follow-up pilot</w:t>
      </w:r>
    </w:p>
    <w:p w14:paraId="6865128B" w14:textId="77777777" w:rsidR="00943891" w:rsidRDefault="00000000">
      <w:pPr>
        <w:spacing w:after="40"/>
        <w:ind w:left="216"/>
      </w:pPr>
      <w:r>
        <w:t>☐ Future instrument evaluation or procurement     ☐ Not yet determined     ☐ Other: __________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8860"/>
      </w:tblGrid>
      <w:tr w:rsidR="00943891" w14:paraId="02B5007B" w14:textId="77777777">
        <w:trPr>
          <w:cantSplit/>
          <w:jc w:val="center"/>
        </w:trPr>
        <w:tc>
          <w:tcPr>
            <w:tcW w:w="10166" w:type="dxa"/>
            <w:shd w:val="clear" w:color="auto" w:fill="EAF4F8"/>
            <w:tcMar>
              <w:top w:w="85" w:type="dxa"/>
              <w:left w:w="110" w:type="dxa"/>
              <w:bottom w:w="70" w:type="dxa"/>
              <w:right w:w="110" w:type="dxa"/>
            </w:tcMar>
          </w:tcPr>
          <w:p w14:paraId="088557CF" w14:textId="55482BC1" w:rsidR="00943891" w:rsidRPr="00D2478C" w:rsidRDefault="0099175A">
            <w:pPr>
              <w:spacing w:after="20"/>
            </w:pPr>
            <w:r w:rsidRPr="00D2478C">
              <w:rPr>
                <w:rFonts w:eastAsia="新細明體" w:hint="eastAsia"/>
                <w:b/>
                <w:sz w:val="21"/>
                <w:lang w:eastAsia="zh-TW"/>
              </w:rPr>
              <w:t>9</w:t>
            </w:r>
            <w:r w:rsidR="00000000" w:rsidRPr="00D2478C">
              <w:rPr>
                <w:b/>
                <w:sz w:val="21"/>
              </w:rPr>
              <w:t>.1 Briefly describe the anticipated scientific impact or next step</w:t>
            </w:r>
          </w:p>
          <w:p w14:paraId="7E865698" w14:textId="77777777" w:rsidR="00943891" w:rsidRDefault="00000000">
            <w:pPr>
              <w:spacing w:after="0"/>
            </w:pPr>
            <w:r w:rsidRPr="00D2478C">
              <w:rPr>
                <w:i/>
                <w:sz w:val="17"/>
              </w:rPr>
              <w:t>Suggested maximum: 100 words.</w:t>
            </w:r>
          </w:p>
        </w:tc>
      </w:tr>
      <w:tr w:rsidR="00943891" w14:paraId="54661DC2" w14:textId="77777777">
        <w:trPr>
          <w:cantSplit/>
          <w:jc w:val="center"/>
        </w:trPr>
        <w:tc>
          <w:tcPr>
            <w:tcW w:w="10166" w:type="dxa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1516ED5E" w14:textId="1BBFD536" w:rsidR="00943891" w:rsidRPr="000F2150" w:rsidRDefault="00943891">
            <w:pPr>
              <w:spacing w:after="140"/>
              <w:rPr>
                <w:rFonts w:eastAsia="新細明體"/>
                <w:lang w:eastAsia="zh-TW"/>
              </w:rPr>
            </w:pPr>
          </w:p>
          <w:p w14:paraId="40A2B846" w14:textId="77777777" w:rsidR="000F2150" w:rsidRDefault="000F2150">
            <w:pPr>
              <w:spacing w:after="140"/>
              <w:rPr>
                <w:rFonts w:eastAsia="新細明體"/>
                <w:lang w:eastAsia="zh-TW"/>
              </w:rPr>
            </w:pPr>
          </w:p>
          <w:p w14:paraId="1418F01A" w14:textId="77777777" w:rsidR="000F2150" w:rsidRDefault="000F2150">
            <w:pPr>
              <w:spacing w:after="140"/>
              <w:rPr>
                <w:rFonts w:eastAsia="新細明體"/>
                <w:lang w:eastAsia="zh-TW"/>
              </w:rPr>
            </w:pPr>
          </w:p>
          <w:p w14:paraId="74E01A84" w14:textId="77777777" w:rsidR="000F2150" w:rsidRPr="000F2150" w:rsidRDefault="000F2150">
            <w:pPr>
              <w:spacing w:after="140"/>
              <w:rPr>
                <w:rFonts w:eastAsia="新細明體"/>
                <w:lang w:eastAsia="zh-TW"/>
              </w:rPr>
            </w:pPr>
          </w:p>
        </w:tc>
      </w:tr>
    </w:tbl>
    <w:p w14:paraId="6C908A4B" w14:textId="77777777" w:rsidR="00943891" w:rsidRDefault="00943891">
      <w:pPr>
        <w:spacing w:after="20"/>
      </w:pPr>
    </w:p>
    <w:p w14:paraId="001651E4" w14:textId="0220F27E" w:rsidR="00943891" w:rsidRDefault="00000000">
      <w:pPr>
        <w:pStyle w:val="SectionHeading"/>
      </w:pPr>
      <w:r>
        <w:t>1</w:t>
      </w:r>
      <w:r w:rsidR="0099175A">
        <w:rPr>
          <w:rFonts w:eastAsia="新細明體" w:hint="eastAsia"/>
          <w:lang w:eastAsia="zh-TW"/>
        </w:rPr>
        <w:t>0</w:t>
      </w:r>
      <w:r>
        <w:t>. Relevant Publications or Supporting Information</w:t>
      </w:r>
    </w:p>
    <w:p w14:paraId="73504801" w14:textId="77777777" w:rsidR="00943891" w:rsidRDefault="00000000" w:rsidP="00792BEB">
      <w:pPr>
        <w:spacing w:after="100"/>
        <w:jc w:val="both"/>
      </w:pPr>
      <w:r>
        <w:t>Please provide up to three relevant publications, preprints, posters, protocols, or datasets that help us understand your research model or proposed study. Links or citations are sufficient.</w:t>
      </w:r>
    </w:p>
    <w:p w14:paraId="69E746B3" w14:textId="77777777" w:rsidR="00943891" w:rsidRDefault="00000000">
      <w:r>
        <w:rPr>
          <w:b/>
        </w:rPr>
        <w:t xml:space="preserve">1. </w:t>
      </w:r>
      <w:r>
        <w:t>________________________________________________________________________________</w:t>
      </w:r>
    </w:p>
    <w:p w14:paraId="68901DB6" w14:textId="77777777" w:rsidR="00943891" w:rsidRDefault="00000000">
      <w:r>
        <w:rPr>
          <w:b/>
        </w:rPr>
        <w:t xml:space="preserve">2. </w:t>
      </w:r>
      <w:r>
        <w:t>________________________________________________________________________________</w:t>
      </w:r>
    </w:p>
    <w:p w14:paraId="7BD0C367" w14:textId="77777777" w:rsidR="00943891" w:rsidRDefault="00000000">
      <w:r>
        <w:rPr>
          <w:b/>
        </w:rPr>
        <w:t xml:space="preserve">3. </w:t>
      </w:r>
      <w:r>
        <w:t>________________________________________________________________________________</w:t>
      </w:r>
    </w:p>
    <w:p w14:paraId="12E54307" w14:textId="5DEA1844" w:rsidR="00943891" w:rsidRDefault="00000000">
      <w:r>
        <w:t>Optional supporting material:  ☐ Preliminary data   ☐ Protocol   ☐ Figure/</w:t>
      </w:r>
      <w:r w:rsidR="00792BEB">
        <w:rPr>
          <w:rFonts w:eastAsia="新細明體" w:hint="eastAsia"/>
          <w:lang w:eastAsia="zh-TW"/>
        </w:rPr>
        <w:t>W</w:t>
      </w:r>
      <w:r>
        <w:t>orkflow   ☐ Other: __________</w:t>
      </w:r>
    </w:p>
    <w:p w14:paraId="5FEF603D" w14:textId="77777777" w:rsidR="000F2150" w:rsidRPr="000F2150" w:rsidRDefault="000F2150">
      <w:pPr>
        <w:pStyle w:val="SectionHeading"/>
        <w:rPr>
          <w:rFonts w:eastAsia="新細明體"/>
          <w:sz w:val="19"/>
          <w:szCs w:val="19"/>
          <w:lang w:eastAsia="zh-TW"/>
        </w:rPr>
      </w:pPr>
    </w:p>
    <w:p w14:paraId="004919B8" w14:textId="338B9C89" w:rsidR="00943891" w:rsidRDefault="00000000">
      <w:pPr>
        <w:pStyle w:val="SectionHeading"/>
      </w:pPr>
      <w:r>
        <w:t>1</w:t>
      </w:r>
      <w:r w:rsidR="0099175A">
        <w:rPr>
          <w:rFonts w:eastAsia="新細明體" w:hint="eastAsia"/>
          <w:lang w:eastAsia="zh-TW"/>
        </w:rPr>
        <w:t>1</w:t>
      </w:r>
      <w:r>
        <w:t>. Data, Publication, and Communication Preferences</w:t>
      </w:r>
    </w:p>
    <w:p w14:paraId="0F6C67D6" w14:textId="6A1BDF16" w:rsidR="00943891" w:rsidRDefault="00000000" w:rsidP="00792BEB">
      <w:pPr>
        <w:jc w:val="both"/>
      </w:pPr>
      <w:r>
        <w:t xml:space="preserve">The participating institution retains ownership of data generated from its samples. Any external use of results by Leadgene </w:t>
      </w:r>
      <w:r w:rsidR="0052552E">
        <w:rPr>
          <w:rFonts w:eastAsia="新細明體" w:hint="eastAsia"/>
          <w:lang w:eastAsia="zh-TW"/>
        </w:rPr>
        <w:t xml:space="preserve">Biosolutions </w:t>
      </w:r>
      <w:r>
        <w:t>will require prior written approval. Please indicate your preliminary preference:</w:t>
      </w:r>
    </w:p>
    <w:p w14:paraId="4CD834DD" w14:textId="77777777" w:rsidR="00943891" w:rsidRDefault="00000000">
      <w:pPr>
        <w:spacing w:after="40"/>
        <w:ind w:left="216"/>
      </w:pPr>
      <w:r>
        <w:t>☐ The study and results should remain confidential unless otherwise agreed in writing.</w:t>
      </w:r>
    </w:p>
    <w:p w14:paraId="1D70EC5E" w14:textId="77777777" w:rsidR="00943891" w:rsidRDefault="00000000">
      <w:pPr>
        <w:spacing w:after="40"/>
        <w:ind w:left="216"/>
      </w:pPr>
      <w:r>
        <w:t>☐ We may consider an anonymized case study after internal review and written approval.</w:t>
      </w:r>
    </w:p>
    <w:p w14:paraId="1028954A" w14:textId="77777777" w:rsidR="00943891" w:rsidRDefault="00000000">
      <w:pPr>
        <w:spacing w:after="40"/>
        <w:ind w:left="216"/>
      </w:pPr>
      <w:r>
        <w:t>☐ We may consider a named case study after institutional review and written approval.</w:t>
      </w:r>
    </w:p>
    <w:p w14:paraId="7FF3E1C4" w14:textId="77777777" w:rsidR="00943891" w:rsidRDefault="00000000">
      <w:pPr>
        <w:spacing w:after="40"/>
        <w:ind w:left="216"/>
      </w:pPr>
      <w:r>
        <w:t>☐ We are interested in discussing a conference presentation or publication.</w:t>
      </w:r>
    </w:p>
    <w:p w14:paraId="4A290AA6" w14:textId="77777777" w:rsidR="00943891" w:rsidRDefault="00000000">
      <w:pPr>
        <w:spacing w:after="40"/>
        <w:ind w:left="216"/>
      </w:pPr>
      <w:r>
        <w:t>☐ To be discussed after reviewing the study results.</w:t>
      </w:r>
    </w:p>
    <w:p w14:paraId="238A5241" w14:textId="77777777" w:rsidR="00943891" w:rsidRDefault="00000000">
      <w:r>
        <w:br w:type="page"/>
      </w:r>
    </w:p>
    <w:p w14:paraId="0C825A30" w14:textId="58547846" w:rsidR="00943891" w:rsidRDefault="00000000">
      <w:pPr>
        <w:pStyle w:val="SectionHeading"/>
      </w:pPr>
      <w:r>
        <w:lastRenderedPageBreak/>
        <w:t>1</w:t>
      </w:r>
      <w:r w:rsidR="0099175A">
        <w:rPr>
          <w:rFonts w:eastAsia="新細明體" w:hint="eastAsia"/>
          <w:lang w:eastAsia="zh-TW"/>
        </w:rPr>
        <w:t>2</w:t>
      </w:r>
      <w:r>
        <w:t>. Applicant Confirmation</w:t>
      </w:r>
    </w:p>
    <w:tbl>
      <w:tblPr>
        <w:tblStyle w:val="aff2"/>
        <w:tblW w:w="0" w:type="auto"/>
        <w:tblInd w:w="120" w:type="dxa"/>
        <w:tblLook w:val="04A0" w:firstRow="1" w:lastRow="0" w:firstColumn="1" w:lastColumn="0" w:noHBand="0" w:noVBand="1"/>
      </w:tblPr>
      <w:tblGrid>
        <w:gridCol w:w="8760"/>
      </w:tblGrid>
      <w:tr w:rsidR="00943891" w14:paraId="1189EF9D" w14:textId="77777777" w:rsidTr="000F2150">
        <w:tc>
          <w:tcPr>
            <w:tcW w:w="10206" w:type="dxa"/>
            <w:shd w:val="clear" w:color="auto" w:fill="EAF4F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FCA9D5A" w14:textId="77777777" w:rsidR="00943891" w:rsidRDefault="00000000">
            <w:r>
              <w:t>☐ I confirm that the information provided is accurate to the best of my knowledge.</w:t>
            </w:r>
          </w:p>
          <w:p w14:paraId="1B03958F" w14:textId="77777777" w:rsidR="00943891" w:rsidRDefault="00000000">
            <w:r>
              <w:t>☐ I understand that participant-funded consumables may be required and that the final scope, responsibilities, and costs will be agreed before project initiation.</w:t>
            </w:r>
          </w:p>
          <w:p w14:paraId="738D5F32" w14:textId="77777777" w:rsidR="00943891" w:rsidRDefault="00000000">
            <w:r>
              <w:t>☐ I understand that submission of this form does not guarantee selection or instrument availability.</w:t>
            </w:r>
          </w:p>
        </w:tc>
      </w:tr>
    </w:tbl>
    <w:p w14:paraId="22A7A0BC" w14:textId="77777777" w:rsidR="00943891" w:rsidRDefault="00943891">
      <w:pPr>
        <w:spacing w:after="20"/>
        <w:rPr>
          <w:rFonts w:eastAsia="新細明體"/>
          <w:lang w:eastAsia="zh-TW"/>
        </w:rPr>
      </w:pP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2474"/>
        <w:gridCol w:w="6134"/>
      </w:tblGrid>
      <w:tr w:rsidR="000F2150" w14:paraId="1A2B5CF8" w14:textId="77777777" w:rsidTr="00A0073B">
        <w:trPr>
          <w:cantSplit/>
          <w:jc w:val="center"/>
        </w:trPr>
        <w:tc>
          <w:tcPr>
            <w:tcW w:w="2474" w:type="dxa"/>
            <w:shd w:val="clear" w:color="auto" w:fill="EAF4F8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1915A3F5" w14:textId="77777777" w:rsidR="000F2150" w:rsidRPr="00D2478C" w:rsidRDefault="000F2150" w:rsidP="0024692D">
            <w:pPr>
              <w:spacing w:after="0"/>
            </w:pPr>
            <w:r w:rsidRPr="00D2478C">
              <w:rPr>
                <w:b/>
              </w:rPr>
              <w:t>Applicant name</w:t>
            </w:r>
          </w:p>
        </w:tc>
        <w:tc>
          <w:tcPr>
            <w:tcW w:w="6134" w:type="dxa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6E3FA1B4" w14:textId="77777777" w:rsidR="000F2150" w:rsidRDefault="000F2150" w:rsidP="0024692D">
            <w:pPr>
              <w:spacing w:after="0"/>
            </w:pPr>
          </w:p>
        </w:tc>
      </w:tr>
      <w:tr w:rsidR="000F2150" w14:paraId="3348911D" w14:textId="77777777" w:rsidTr="00A0073B">
        <w:trPr>
          <w:cantSplit/>
          <w:jc w:val="center"/>
        </w:trPr>
        <w:tc>
          <w:tcPr>
            <w:tcW w:w="2474" w:type="dxa"/>
            <w:shd w:val="clear" w:color="auto" w:fill="EAF4F8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0C9A6333" w14:textId="77777777" w:rsidR="000F2150" w:rsidRPr="00D2478C" w:rsidRDefault="000F2150" w:rsidP="0024692D">
            <w:pPr>
              <w:spacing w:after="0"/>
            </w:pPr>
            <w:r w:rsidRPr="00D2478C">
              <w:rPr>
                <w:b/>
              </w:rPr>
              <w:t>Signature</w:t>
            </w:r>
          </w:p>
        </w:tc>
        <w:tc>
          <w:tcPr>
            <w:tcW w:w="6134" w:type="dxa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19DC4B7C" w14:textId="77777777" w:rsidR="000F2150" w:rsidRDefault="000F2150" w:rsidP="0024692D">
            <w:pPr>
              <w:spacing w:after="0"/>
            </w:pPr>
          </w:p>
        </w:tc>
      </w:tr>
      <w:tr w:rsidR="000F2150" w14:paraId="2212AB2D" w14:textId="77777777" w:rsidTr="00A0073B">
        <w:trPr>
          <w:cantSplit/>
          <w:jc w:val="center"/>
        </w:trPr>
        <w:tc>
          <w:tcPr>
            <w:tcW w:w="2474" w:type="dxa"/>
            <w:shd w:val="clear" w:color="auto" w:fill="EAF4F8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01F3E0CD" w14:textId="77777777" w:rsidR="000F2150" w:rsidRPr="00D2478C" w:rsidRDefault="000F2150" w:rsidP="0024692D">
            <w:pPr>
              <w:spacing w:after="0"/>
            </w:pPr>
            <w:r w:rsidRPr="00D2478C">
              <w:rPr>
                <w:b/>
              </w:rPr>
              <w:t>Date</w:t>
            </w:r>
          </w:p>
        </w:tc>
        <w:tc>
          <w:tcPr>
            <w:tcW w:w="6134" w:type="dxa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0403D518" w14:textId="77777777" w:rsidR="000F2150" w:rsidRDefault="000F2150" w:rsidP="0024692D">
            <w:pPr>
              <w:spacing w:after="0"/>
            </w:pPr>
          </w:p>
        </w:tc>
      </w:tr>
    </w:tbl>
    <w:p w14:paraId="5EDF363B" w14:textId="77777777" w:rsidR="000F2150" w:rsidRPr="000F2150" w:rsidRDefault="000F2150">
      <w:pPr>
        <w:spacing w:after="20"/>
        <w:rPr>
          <w:rFonts w:eastAsia="新細明體"/>
          <w:lang w:eastAsia="zh-TW"/>
        </w:rPr>
      </w:pPr>
    </w:p>
    <w:p w14:paraId="13CE155B" w14:textId="77777777" w:rsidR="00943891" w:rsidRDefault="00000000">
      <w:pPr>
        <w:spacing w:before="160"/>
        <w:jc w:val="center"/>
      </w:pPr>
      <w:r>
        <w:rPr>
          <w:b/>
          <w:color w:val="0A7DA8"/>
        </w:rPr>
        <w:t>Thank you for your interest in collaborating with Leadgene Biosolutions.</w:t>
      </w:r>
    </w:p>
    <w:p w14:paraId="6415FB5B" w14:textId="295F4D33" w:rsidR="00943891" w:rsidRDefault="00000000">
      <w:pPr>
        <w:spacing w:after="0"/>
        <w:jc w:val="center"/>
      </w:pPr>
      <w:r>
        <w:rPr>
          <w:sz w:val="18"/>
        </w:rPr>
        <w:t xml:space="preserve">Submit the completed form to campaign@mkt.leadgene-bio.com </w:t>
      </w:r>
      <w:r w:rsidR="00512A71">
        <w:rPr>
          <w:rFonts w:eastAsia="新細明體" w:hint="eastAsia"/>
          <w:sz w:val="18"/>
          <w:lang w:eastAsia="zh-TW"/>
        </w:rPr>
        <w:t>and</w:t>
      </w:r>
      <w:r>
        <w:rPr>
          <w:sz w:val="18"/>
        </w:rPr>
        <w:t xml:space="preserve"> ann.tsai@leadgene-bio.com</w:t>
      </w:r>
    </w:p>
    <w:sectPr w:rsidR="00943891" w:rsidSect="0052552E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E2AF4" w14:textId="77777777" w:rsidR="00B37CAD" w:rsidRDefault="00B37CAD">
      <w:pPr>
        <w:spacing w:after="0" w:line="240" w:lineRule="auto"/>
      </w:pPr>
      <w:r>
        <w:separator/>
      </w:r>
    </w:p>
  </w:endnote>
  <w:endnote w:type="continuationSeparator" w:id="0">
    <w:p w14:paraId="0B53C07F" w14:textId="77777777" w:rsidR="00B37CAD" w:rsidRDefault="00B3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CFFC6" w14:textId="77777777" w:rsidR="00943891" w:rsidRDefault="00000000">
    <w:pPr>
      <w:pStyle w:val="a7"/>
      <w:jc w:val="center"/>
    </w:pPr>
    <w:r>
      <w:rPr>
        <w:color w:val="5F6973"/>
        <w:sz w:val="16"/>
      </w:rPr>
      <w:t xml:space="preserve">Leadgene </w:t>
    </w:r>
    <w:proofErr w:type="gramStart"/>
    <w:r>
      <w:rPr>
        <w:color w:val="5F6973"/>
        <w:sz w:val="16"/>
      </w:rPr>
      <w:t>Biosolutions  |</w:t>
    </w:r>
    <w:proofErr w:type="gramEnd"/>
    <w:r>
      <w:rPr>
        <w:color w:val="5F6973"/>
        <w:sz w:val="16"/>
      </w:rPr>
      <w:t xml:space="preserve">  Academic Application </w:t>
    </w:r>
    <w:proofErr w:type="gramStart"/>
    <w:r>
      <w:rPr>
        <w:color w:val="5F6973"/>
        <w:sz w:val="16"/>
      </w:rPr>
      <w:t>Form  |</w:t>
    </w:r>
    <w:proofErr w:type="gramEnd"/>
    <w:r>
      <w:rPr>
        <w:color w:val="5F6973"/>
        <w:sz w:val="16"/>
      </w:rPr>
      <w:t xml:space="preserve">  </w:t>
    </w:r>
    <w:r>
      <w:fldChar w:fldCharType="begin"/>
    </w:r>
    <w:r>
      <w:instrText>PAGE</w:instrText>
    </w:r>
    <w:r>
      <w:fldChar w:fldCharType="separate"/>
    </w:r>
    <w:r w:rsidR="000F215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43734" w14:textId="77777777" w:rsidR="00B37CAD" w:rsidRDefault="00B37CAD">
      <w:pPr>
        <w:spacing w:after="0" w:line="240" w:lineRule="auto"/>
      </w:pPr>
      <w:r>
        <w:separator/>
      </w:r>
    </w:p>
  </w:footnote>
  <w:footnote w:type="continuationSeparator" w:id="0">
    <w:p w14:paraId="3C931F43" w14:textId="77777777" w:rsidR="00B37CAD" w:rsidRDefault="00B3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458A4" w14:textId="0F13FD02" w:rsidR="00943891" w:rsidRDefault="0052552E">
    <w:pPr>
      <w:pStyle w:val="a5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28CF2D0" wp14:editId="6FC6ADEA">
          <wp:simplePos x="0" y="0"/>
          <wp:positionH relativeFrom="column">
            <wp:posOffset>3789102</wp:posOffset>
          </wp:positionH>
          <wp:positionV relativeFrom="paragraph">
            <wp:posOffset>8774</wp:posOffset>
          </wp:positionV>
          <wp:extent cx="1691640" cy="383186"/>
          <wp:effectExtent l="0" t="0" r="3810" b="0"/>
          <wp:wrapTight wrapText="bothSides">
            <wp:wrapPolygon edited="0">
              <wp:start x="1216" y="0"/>
              <wp:lineTo x="486" y="5373"/>
              <wp:lineTo x="0" y="12896"/>
              <wp:lineTo x="0" y="20418"/>
              <wp:lineTo x="21405" y="20418"/>
              <wp:lineTo x="21405" y="4299"/>
              <wp:lineTo x="3649" y="0"/>
              <wp:lineTo x="12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1640" cy="3831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w="0" w:type="auto"/>
      <w:jc w:val="center"/>
      <w:tblLook w:val="04A0" w:firstRow="1" w:lastRow="0" w:firstColumn="1" w:lastColumn="0" w:noHBand="0" w:noVBand="1"/>
    </w:tblPr>
    <w:tblGrid>
      <w:gridCol w:w="4484"/>
      <w:gridCol w:w="4372"/>
    </w:tblGrid>
    <w:tr w:rsidR="00943891" w14:paraId="46989533" w14:textId="77777777">
      <w:trPr>
        <w:jc w:val="center"/>
      </w:trPr>
      <w:tc>
        <w:tcPr>
          <w:tcW w:w="5040" w:type="dxa"/>
        </w:tcPr>
        <w:p w14:paraId="370994FF" w14:textId="240BA7E4" w:rsidR="00943891" w:rsidRDefault="00000000">
          <w:pPr>
            <w:spacing w:after="0"/>
          </w:pPr>
          <w:r>
            <w:rPr>
              <w:b/>
              <w:color w:val="17324D"/>
              <w:sz w:val="16"/>
            </w:rPr>
            <w:t>CULT</w:t>
          </w:r>
          <w:r w:rsidR="000F2150">
            <w:rPr>
              <w:rFonts w:eastAsia="新細明體" w:hint="eastAsia"/>
              <w:b/>
              <w:color w:val="17324D"/>
              <w:sz w:val="16"/>
              <w:lang w:eastAsia="zh-TW"/>
            </w:rPr>
            <w:t>UR</w:t>
          </w:r>
          <w:r>
            <w:rPr>
              <w:b/>
              <w:color w:val="17324D"/>
              <w:sz w:val="16"/>
            </w:rPr>
            <w:t>ED MEAT RESEARCH PILOT PROGRAM</w:t>
          </w:r>
        </w:p>
      </w:tc>
      <w:tc>
        <w:tcPr>
          <w:tcW w:w="5040" w:type="dxa"/>
        </w:tcPr>
        <w:p w14:paraId="05A5D993" w14:textId="1DFD0776" w:rsidR="00943891" w:rsidRDefault="00943891">
          <w:pPr>
            <w:spacing w:after="0"/>
            <w:jc w:val="right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66282029">
    <w:abstractNumId w:val="8"/>
  </w:num>
  <w:num w:numId="2" w16cid:durableId="786854394">
    <w:abstractNumId w:val="6"/>
  </w:num>
  <w:num w:numId="3" w16cid:durableId="681591413">
    <w:abstractNumId w:val="5"/>
  </w:num>
  <w:num w:numId="4" w16cid:durableId="1426342426">
    <w:abstractNumId w:val="4"/>
  </w:num>
  <w:num w:numId="5" w16cid:durableId="1698501102">
    <w:abstractNumId w:val="7"/>
  </w:num>
  <w:num w:numId="6" w16cid:durableId="1877892349">
    <w:abstractNumId w:val="3"/>
  </w:num>
  <w:num w:numId="7" w16cid:durableId="2101755340">
    <w:abstractNumId w:val="2"/>
  </w:num>
  <w:num w:numId="8" w16cid:durableId="1309047251">
    <w:abstractNumId w:val="1"/>
  </w:num>
  <w:num w:numId="9" w16cid:durableId="1134445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062A"/>
    <w:rsid w:val="00034616"/>
    <w:rsid w:val="0006063C"/>
    <w:rsid w:val="000C52F7"/>
    <w:rsid w:val="000F2150"/>
    <w:rsid w:val="00134386"/>
    <w:rsid w:val="0015074B"/>
    <w:rsid w:val="001F2F2C"/>
    <w:rsid w:val="0029639D"/>
    <w:rsid w:val="002A354B"/>
    <w:rsid w:val="00326F90"/>
    <w:rsid w:val="00416F94"/>
    <w:rsid w:val="004A1167"/>
    <w:rsid w:val="00512A71"/>
    <w:rsid w:val="0052552E"/>
    <w:rsid w:val="005C3D2F"/>
    <w:rsid w:val="00683D71"/>
    <w:rsid w:val="00792BEB"/>
    <w:rsid w:val="00943891"/>
    <w:rsid w:val="0099175A"/>
    <w:rsid w:val="00A0073B"/>
    <w:rsid w:val="00A7033E"/>
    <w:rsid w:val="00AA1D8D"/>
    <w:rsid w:val="00AF0D05"/>
    <w:rsid w:val="00B37CAD"/>
    <w:rsid w:val="00B47730"/>
    <w:rsid w:val="00BC7A0A"/>
    <w:rsid w:val="00CB0664"/>
    <w:rsid w:val="00D02E80"/>
    <w:rsid w:val="00D2478C"/>
    <w:rsid w:val="00DE340D"/>
    <w:rsid w:val="00EA1C3A"/>
    <w:rsid w:val="00F71BE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C0C3D0F"/>
  <w14:defaultImageDpi w14:val="300"/>
  <w15:docId w15:val="{F1E0FB45-CDA9-47AE-9059-0B75F3D5E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80"/>
    </w:pPr>
    <w:rPr>
      <w:rFonts w:ascii="Aptos" w:eastAsia="Aptos" w:hAnsi="Aptos"/>
      <w:sz w:val="19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ectionHeading">
    <w:name w:val="Section Heading"/>
    <w:pPr>
      <w:spacing w:before="80" w:after="120"/>
    </w:pPr>
    <w:rPr>
      <w:rFonts w:ascii="Aptos Display" w:hAnsi="Aptos Display"/>
      <w:b/>
      <w:color w:val="17324D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75922DFCF9719843BD426A26F0E14221" ma:contentTypeVersion="13" ma:contentTypeDescription="建立新的文件。" ma:contentTypeScope="" ma:versionID="befd9ec37cf50c580b94795307110e0a">
  <xsd:schema xmlns:xsd="http://www.w3.org/2001/XMLSchema" xmlns:xs="http://www.w3.org/2001/XMLSchema" xmlns:p="http://schemas.microsoft.com/office/2006/metadata/properties" xmlns:ns2="f94a345e-161e-4f14-bd02-a24ece4b03a1" xmlns:ns3="11db3312-9e53-419d-8d57-5b92fd2b2838" targetNamespace="http://schemas.microsoft.com/office/2006/metadata/properties" ma:root="true" ma:fieldsID="d99d2ee0985c25f7af892a1ed7e9f1e1" ns2:_="" ns3:_="">
    <xsd:import namespace="f94a345e-161e-4f14-bd02-a24ece4b03a1"/>
    <xsd:import namespace="11db3312-9e53-419d-8d57-5b92fd2b28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4a345e-161e-4f14-bd02-a24ece4b03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影像標籤" ma:readOnly="false" ma:fieldId="{5cf76f15-5ced-4ddc-b409-7134ff3c332f}" ma:taxonomyMulti="true" ma:sspId="fb6aa3ab-cfc3-4372-8e2d-2b133ce6fc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b3312-9e53-419d-8d57-5b92fd2b283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7bb6b06-158b-4954-8d50-652c8eed6d81}" ma:internalName="TaxCatchAll" ma:showField="CatchAllData" ma:web="11db3312-9e53-419d-8d57-5b92fd2b28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db3312-9e53-419d-8d57-5b92fd2b2838" xsi:nil="true"/>
    <lcf76f155ced4ddcb4097134ff3c332f xmlns="f94a345e-161e-4f14-bd02-a24ece4b03a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689246-5CE7-4604-9AC9-18653F9D3CE2}"/>
</file>

<file path=customXml/itemProps3.xml><?xml version="1.0" encoding="utf-8"?>
<ds:datastoreItem xmlns:ds="http://schemas.openxmlformats.org/officeDocument/2006/customXml" ds:itemID="{18CFBF89-9F94-41CE-ABA0-28AE30F8C4BB}"/>
</file>

<file path=customXml/itemProps4.xml><?xml version="1.0" encoding="utf-8"?>
<ds:datastoreItem xmlns:ds="http://schemas.openxmlformats.org/officeDocument/2006/customXml" ds:itemID="{485E1104-A515-4A27-A720-B7E932D1B4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6896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Cultivated Meat Research Pilot Program - Academic Research Application Form</dc:title>
  <dc:subject>Academic pilot study application for S.NEST 2.0 or DolphinQ Mini</dc:subject>
  <dc:creator>Leadgene Biosolutions</dc:creator>
  <cp:keywords>cultivated meat, academic research, S.NEST 2.0, DolphinQ Mini, pilot program</cp:keywords>
  <dc:description>generated by python-docx</dc:description>
  <cp:lastModifiedBy>Frank Yen</cp:lastModifiedBy>
  <cp:revision>14</cp:revision>
  <dcterms:created xsi:type="dcterms:W3CDTF">2013-12-23T23:15:00Z</dcterms:created>
  <dcterms:modified xsi:type="dcterms:W3CDTF">2026-08-03T06:23:00Z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8757f85c-8904-4e82-b4ef-ac8028f6e0be</vt:lpwstr>
  </property>
  <property fmtid="{D5CDD505-2E9C-101B-9397-08002B2CF9AE}" pid="3" name="ContentTypeId">
    <vt:lpwstr>0x01010075922DFCF9719843BD426A26F0E14221</vt:lpwstr>
  </property>
</Properties>
</file>